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56" w:lineRule="exact" w:before="1130" w:after="0"/>
        <w:ind w:left="0" w:right="0" w:firstLine="0"/>
        <w:jc w:val="center"/>
      </w:pPr>
      <w:r>
        <w:rPr>
          <w:rFonts w:ascii="" w:hAnsi="" w:eastAsia=""/>
          <w:b/>
          <w:i w:val="0"/>
          <w:color w:val="FF2600"/>
          <w:sz w:val="22"/>
        </w:rPr>
        <w:t xml:space="preserve">CULTO DA VIRADA 2023/24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CASA FRUTÍFERA </w:t>
      </w:r>
    </w:p>
    <w:p>
      <w:pPr>
        <w:autoSpaceDN w:val="0"/>
        <w:autoSpaceDE w:val="0"/>
        <w:widowControl/>
        <w:spacing w:line="424" w:lineRule="exact" w:before="42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1:1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BEM-AVENTURADO É AQUELE QUE NÃO ANDA NO CONSELHO DOS ÍMPIOS, </w:t>
      </w:r>
      <w:r>
        <w:rPr>
          <w:rFonts w:ascii="" w:hAnsi="" w:eastAsia=""/>
          <w:b/>
          <w:i/>
          <w:color w:val="008F00"/>
          <w:sz w:val="22"/>
        </w:rPr>
        <w:t xml:space="preserve">NÃO SE DETÉM NO CAMINHO DOS PECADORES, NEM SE ASSENTA NA RODA DOS </w:t>
      </w:r>
      <w:r>
        <w:rPr>
          <w:rFonts w:ascii="" w:hAnsi="" w:eastAsia=""/>
          <w:b/>
          <w:i/>
          <w:color w:val="008F00"/>
          <w:sz w:val="22"/>
        </w:rPr>
        <w:t xml:space="preserve">ESCARNECEDORES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PELO CONTRÁRIO, O SEU PRAZER ESTÁ NA LEI DO SENHOR, E NA SUA LEI MEDITA DE </w:t>
      </w:r>
      <w:r>
        <w:rPr>
          <w:rFonts w:ascii="" w:hAnsi="" w:eastAsia=""/>
          <w:b/>
          <w:i/>
          <w:color w:val="008F00"/>
          <w:sz w:val="22"/>
        </w:rPr>
        <w:t xml:space="preserve">DIA E DE NOITE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ELE É COMO ÁRVORE PLANTADA JUNTO A UMA CORRENTE DE ÁGUAS, QUE, NO </w:t>
      </w:r>
      <w:r>
        <w:rPr>
          <w:rFonts w:ascii="" w:hAnsi="" w:eastAsia=""/>
          <w:b/>
          <w:i/>
          <w:color w:val="008F00"/>
          <w:sz w:val="22"/>
        </w:rPr>
        <w:t xml:space="preserve">DEVIDO TEMPO, DÁ O SEU FRUTO, E CUJA FOLHAGEM NÃO MURCHA; E TUDO O QUE ELE FAZ </w:t>
      </w:r>
      <w:r>
        <w:rPr>
          <w:rFonts w:ascii="" w:hAnsi="" w:eastAsia=""/>
          <w:b/>
          <w:i/>
          <w:color w:val="008F00"/>
          <w:sz w:val="22"/>
        </w:rPr>
        <w:t xml:space="preserve">SERÁ BEM-SUCEDIDO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V.4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OS ÍMPIOS NÃO SÃO ASSIM; SÃO, PORÉM, COMO A PALHA QUE O VENTO DISPERSA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V.5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POR ISSO, OS ÍMPIOS NÃO PREVALECERÃO NO JUÍZO, NEM OS PECADORES, NA </w:t>
      </w:r>
      <w:r>
        <w:rPr>
          <w:rFonts w:ascii="" w:hAnsi="" w:eastAsia=""/>
          <w:b/>
          <w:i/>
          <w:color w:val="008F00"/>
          <w:sz w:val="22"/>
        </w:rPr>
        <w:t xml:space="preserve">CONGREGAÇÃO DOS JUSTOS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V.6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POIS O SENHOR CONHECE O CAMINHO DOS JUSTOS, MAS O CAMINHO DOS ÍMPIOS </w:t>
      </w:r>
      <w:r>
        <w:rPr>
          <w:rFonts w:ascii="" w:hAnsi="" w:eastAsia=""/>
          <w:b/>
          <w:i/>
          <w:color w:val="008F00"/>
          <w:sz w:val="22"/>
        </w:rPr>
        <w:t xml:space="preserve">PERECERÁ </w:t>
      </w:r>
    </w:p>
    <w:p>
      <w:pPr>
        <w:autoSpaceDN w:val="0"/>
        <w:autoSpaceDE w:val="0"/>
        <w:widowControl/>
        <w:spacing w:line="488" w:lineRule="exact" w:before="246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AMO OS CULTOS DE VIRADA DE ANO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HOJE QUERO COMEÇAR DE FORMA DIFERENTE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QUEM AQUI TEM UM TESTEMUNHO DE UMA BENÇÃO/UM MILAGRE/UM GRANDE LIVRAMENTO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RESPOSTA QUE O SENHOR FEZ NA TUA VIDA EM 2023??? </w:t>
      </w:r>
    </w:p>
    <w:p>
      <w:pPr>
        <w:autoSpaceDN w:val="0"/>
        <w:autoSpaceDE w:val="0"/>
        <w:widowControl/>
        <w:spacing w:line="488" w:lineRule="exact" w:before="36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ENTÃO, FICA PREPARADO, PORQUE EU JÁ VOU COMEÇAR DECLARANDO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NO DIA 31/12/2024 VOCÊ VAI TER MUITOS TESTEMUNHOS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SERÁ UM ANO DE GRANDE FRUTIFICAÇÃO NA TUA VIDA EM TODAS AS ÁREAS </w:t>
      </w:r>
    </w:p>
    <w:p>
      <w:pPr>
        <w:autoSpaceDN w:val="0"/>
        <w:autoSpaceDE w:val="0"/>
        <w:widowControl/>
        <w:spacing w:line="488" w:lineRule="exact" w:before="362" w:after="0"/>
        <w:ind w:left="1134" w:right="288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CADA VIRADA PARA MIM É UM MOMENTO DE GRANDE DESAFIO PROFÉTICO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CULTO ONDE DEBAIXO DE JEJUM/ORAÇÃO E TEMOR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BUSCAMOS NO SENHOR UMA PALAVRA PARA ESTA NOITE TÃO ESPECIAL </w:t>
      </w:r>
    </w:p>
    <w:p>
      <w:pPr>
        <w:autoSpaceDN w:val="0"/>
        <w:autoSpaceDE w:val="0"/>
        <w:widowControl/>
        <w:spacing w:line="488" w:lineRule="exact" w:before="360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LEMBRO DESDE CRIANÇA A EXPECTATIVA QUE TINHA PARA A VIRADA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LEMBRO QUANDO AINDA ERAMOS POUCOS E FAZÍAMOS UMA CEIA COM FRUTAS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GENTE PASSAVA A NOITE EM COMUNHÃO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MAS, O PRINCIPAL ERA O QUE O SENHOR TINHA A DIZER PARA O ANO </w:t>
      </w:r>
    </w:p>
    <w:p>
      <w:pPr>
        <w:autoSpaceDN w:val="0"/>
        <w:autoSpaceDE w:val="0"/>
        <w:widowControl/>
        <w:spacing w:line="280" w:lineRule="exact" w:before="716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6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E, TODOS OS ANOS O SENHOR TEM NOS DADO UMA PALAVRA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NÓS TEMOS SIDO GUIADOS POR ESSA PALAVRA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 ISSO, COM MUITO TEMOR, QUERO SER NOVAMENTE UMA VOZ PROFÉTICA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PROVOCAR MARCAS ESPIRITUAIS QUE NOS CONDUZAM COMO CASA FRUTÍFERA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 APONTAR UMA DIREÇÃO/UM ALVO/UM PROPÓSITO EM 2024 </w:t>
      </w:r>
    </w:p>
    <w:p>
      <w:pPr>
        <w:autoSpaceDN w:val="0"/>
        <w:autoSpaceDE w:val="0"/>
        <w:widowControl/>
        <w:spacing w:line="488" w:lineRule="exact" w:before="360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QUERO COMPARTILHAR COM VOCÊS SOBRE NOSSO PRÓXIMO ANO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CASA FRUTÍFERA NÃO É APENAS UM TEMA PARA O ANO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UMA DIREÇÃO PROFÉTICA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UMA PALAVRA QUE, CREMOS, VAI GERAR ALGO EM NÓS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MOVIMENTO ESPIRITUAL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VIVER/UM EXISTIR/UMA AUTORIDADE PARA CUMPRIR UM PROPÓSITO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ALGO QUE VAI ALÉM DE NÓS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É UMA PALAVRA QUE SAI DA BOCA DE DEUS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ESTA PALAVRA NUNCA VOLTA VAZIA </w:t>
      </w:r>
    </w:p>
    <w:p>
      <w:pPr>
        <w:autoSpaceDN w:val="0"/>
        <w:autoSpaceDE w:val="0"/>
        <w:widowControl/>
        <w:spacing w:line="488" w:lineRule="exact" w:before="360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COMEÇAMOS 2023 DECLARANDO UMA CERTEZA…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INABALÁVEL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É ASSIM QUE CONTINUA SE MOVENDO UMA IGREJA IMPARÁVEL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DIANTE DOS DESAFIOS QUE TERÍAMOS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PERMANECERÍAMOS INABALÁVEIS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E, QUANDO ORAMOS, APÓS OUVIR TODA NOSSA EQUIPE PASTORAL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ENTENDEMOS QUE O SENHOR ESTARIA NOS LEVANDO A ALGO NOVO EM 2024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QUE PRECISARÍAMOS REFORÇAR DUAS COISAS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IDENTIDADE E PROPÓSITO </w:t>
      </w:r>
    </w:p>
    <w:p>
      <w:pPr>
        <w:autoSpaceDN w:val="0"/>
        <w:autoSpaceDE w:val="0"/>
        <w:widowControl/>
        <w:spacing w:line="490" w:lineRule="exact" w:before="358" w:after="0"/>
        <w:ind w:left="1134" w:right="331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IDENTIDADE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CASA (SOMOS CASA DO PAI)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PROPÓSITO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FRUTÍFERA (UMA FRUTIFICAÇÃO QUE NUNCA VIVEMOS) </w:t>
      </w:r>
    </w:p>
    <w:p>
      <w:pPr>
        <w:autoSpaceDN w:val="0"/>
        <w:autoSpaceDE w:val="0"/>
        <w:widowControl/>
        <w:spacing w:line="488" w:lineRule="exact" w:before="360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ISSO ENVOLVEU UMA BUSCA PROFUNDA DO QUE É A VONTADE DE DEUS PARA NÓS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CONFESSO QUE FOI UM DOS ANOS QUE DEMOREI MAIS PARA CHEGAR A ESSA DIREÇÃO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EU SEI QUE ESSA PALAVRA NÃO TEM FICADO RESTRITA A ARAÇATUBA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MUITAS IGREJAS NO BRASIL CAMINHAM CONOSCO NA MESMA DIREÇÃO </w:t>
      </w:r>
    </w:p>
    <w:p>
      <w:pPr>
        <w:autoSpaceDN w:val="0"/>
        <w:autoSpaceDE w:val="0"/>
        <w:widowControl/>
        <w:spacing w:line="490" w:lineRule="exact" w:before="358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EU LOUVO A DEUS PORQUE A MEDIDA QUE CAMINHAMOS AO LONGO DE CADA ANO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SEMPRE TIVEMOS CONFIRMAÇÃO QUE AQUELA ERA MESMO A DIREÇÃO PROFÉTICA A SEGUIR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E, COMO SITUAÇÕES ACONTECERAM EM 2023 PARA TENTAR NOS ABALAR E NÃO ABALARAM </w:t>
      </w:r>
    </w:p>
    <w:p>
      <w:pPr>
        <w:autoSpaceDN w:val="0"/>
        <w:autoSpaceDE w:val="0"/>
        <w:widowControl/>
        <w:spacing w:line="280" w:lineRule="exact" w:before="30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2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6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O QUE MUITOS NÃO PERCEBEM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QUE UMA DAS GRANDES ESTRATÉGIAS DO INIMIGO EM NOSSOS DIAS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TIRAR A PALAVRA DA VIDA DAS PESSOAS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FAZER COM QUE AS CIRCUNSTÂNCIAS SEJAM DIFERENTES DA VERDADE BÍBLICA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LEVAR AS PESSOAS A VIVER NA SUPERFICIALIDADE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SÓ QUE A SUPERFICIALIDADE NÃO CRIA RAÍZES PROFUNDAS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SUPERFICIALIDADE GERA IMEDIATISMO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SUPERFICIALIDADE FAZ A PESSOA ANDAR NO CAMINHO DOS PECADORES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FAZ A PESSOA CAIR NO CONSELHO DO ÍMPIO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ASSENTAR NA RODA DOS ESCARNECEDORES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TRAZ EXPERIÊNCIAS PROFUNDAS COM A PRESENÇA DE DEUS </w:t>
      </w:r>
    </w:p>
    <w:p>
      <w:pPr>
        <w:autoSpaceDN w:val="0"/>
        <w:autoSpaceDE w:val="0"/>
        <w:widowControl/>
        <w:spacing w:line="488" w:lineRule="exact" w:before="362" w:after="0"/>
        <w:ind w:left="1134" w:right="432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VIVEMOS NUMA EPOCA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AS PESSOAS NÃO QUEREM SE ENVOLVER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ESTÃO MAIS PREOCUPADAS EM ALIMENTAR SUA CARNE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BUSCAM CONSISTÊNCIA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BUSCAM CRESCIMENTO </w:t>
      </w:r>
    </w:p>
    <w:p>
      <w:pPr>
        <w:autoSpaceDN w:val="0"/>
        <w:autoSpaceDE w:val="0"/>
        <w:widowControl/>
        <w:spacing w:line="456" w:lineRule="exact" w:before="39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MAS, AO MESMO TEMPO, O SENHOR TEM EDIFICADO A SUA CASA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EU CREIO QUE O SENHOR COMEÇA EM MUITOS AGORA MESMO A RESTAURAR SITUAÇÕES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E AQUELES QUE DESEJAREM SERÃO MARCADOS COM PODER DO ESPÍRITO SANTO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EU LOUVO A DEUS PORQUE VOCÊ ESTÁ AQUI NESTE CULTO DE VIRADA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VOCÊ FAZ PARTE DAQUELES QUE SERÃO BEM-AVENTURADOS EM 2024 </w:t>
      </w:r>
    </w:p>
    <w:p>
      <w:pPr>
        <w:autoSpaceDN w:val="0"/>
        <w:autoSpaceDE w:val="0"/>
        <w:widowControl/>
        <w:spacing w:line="488" w:lineRule="exact" w:before="362" w:after="0"/>
        <w:ind w:left="1134" w:right="273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POVO QUE NÃO VAI DAR OUVIDOS À VOZ DE SATANÁS E DO ÍMPIO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POVO QUE NÃO VAI ANDAR NO CAMINHO DOS PECADORES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SERÁ UM POVO QUE TERÁ PRAZER NA LEI DO SENHOR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POVO QUE SABE QUE NÓS NÃO ESTAMOS AQUI EM VÃO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ESTAMOS DEBAIXO DE UMA VISÃO PROFÉTICA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SER UMA CASA FRUTÍFERA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EU QUERIA COMEÇAR COM TRÊS ALERTAS QUE TE LEVARÃO A VIVER ESSE PROPÓSITO </w:t>
      </w:r>
    </w:p>
    <w:p>
      <w:pPr>
        <w:autoSpaceDN w:val="0"/>
        <w:autoSpaceDE w:val="0"/>
        <w:widowControl/>
        <w:spacing w:line="280" w:lineRule="exact" w:before="56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3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1130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1</w:t>
      </w:r>
      <w:r>
        <w:rPr>
          <w:w w:val="97.77778625488281"/>
          <w:rFonts w:ascii="" w:hAnsi="" w:eastAsia=""/>
          <w:b/>
          <w:i w:val="0"/>
          <w:color w:val="FF0000"/>
          <w:sz w:val="15"/>
        </w:rPr>
        <w:t>o</w:t>
      </w:r>
      <w:r>
        <w:rPr>
          <w:rFonts w:ascii="" w:hAnsi="" w:eastAsia=""/>
          <w:b/>
          <w:i w:val="0"/>
          <w:color w:val="FF0000"/>
          <w:sz w:val="22"/>
        </w:rPr>
        <w:t xml:space="preserve">  ALERTA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DEUS TEM UM CHAMADO PRA VOCÊ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NÃO FUJA!!!</w:t>
      </w:r>
    </w:p>
    <w:p>
      <w:pPr>
        <w:autoSpaceDN w:val="0"/>
        <w:autoSpaceDE w:val="0"/>
        <w:widowControl/>
        <w:spacing w:line="488" w:lineRule="exact" w:before="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TODOS SABEMOS QUE JESUS ESPERA DE CADA UM DE NÓS QUE SEJAMOS FRUTÍFEROS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QUANDO NOS NEGAMOS A ISSO ENFRENTAREMOS CONSEQUÊNCIAS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ISAÍAS QUANDO VIU A GLÓRIA DE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FOI TOCADO PELO SENHOR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IMEDIATAMENTE SE COLOCOU A DISPOSIÇÃO DO PAI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SENHOR! EIS-ME AQUI </w:t>
      </w:r>
    </w:p>
    <w:p>
      <w:pPr>
        <w:autoSpaceDN w:val="0"/>
        <w:autoSpaceDE w:val="0"/>
        <w:widowControl/>
        <w:spacing w:line="488" w:lineRule="exact" w:before="360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EU CREIO QUE EM 2024 MUITOS AQUI TERÃO UMA NOVA POSTURA ESPIRITUAL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DEUS QUER TE USAR NO TEU TRABALHO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NA TUA CASA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ONDE VOCÊ FOR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ELE TE LEVARÁ A UM NOVO COMPROMISSO COM A SUA CASA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ENTENDER QUE ESSE É UM GRANDE PRIVILÉGIO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SER MOVIDO POR AMOR </w:t>
      </w:r>
    </w:p>
    <w:p>
      <w:pPr>
        <w:autoSpaceDN w:val="0"/>
        <w:autoSpaceDE w:val="0"/>
        <w:widowControl/>
        <w:spacing w:line="488" w:lineRule="exact" w:before="360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ENTENDER QUE FUGIR DO CHAMADO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A VER COM NÃO HONRAR A ELE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A, DE CERTA FORMA, DESPREZAR O SACRIFÍCIO QUE FEZ POR VOCÊ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 ISSO, ENTREGUE-SE INCONDICIONALMENTE AO CHAMADO E EU TE GARANTO…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VIVERÁ UM TEMPO QUE NUNCA VIVEU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REQUER ENTREGA? SACRIFÍCIO PESSOAL?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RENÚNCIA?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TEMPO?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SIM!!! </w:t>
      </w:r>
    </w:p>
    <w:p>
      <w:pPr>
        <w:autoSpaceDN w:val="0"/>
        <w:autoSpaceDE w:val="0"/>
        <w:widowControl/>
        <w:spacing w:line="434" w:lineRule="exact" w:before="5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VALE A PENA!!!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HÁ ALEGRIA MAIOR DO QUE SERVIR AQUELE QUE NOS AMOU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1:1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BEM-AVENTURADO É AQUELE QUE NÃO ANDA NO CONSELHO DOS ÍMPIOS, </w:t>
      </w:r>
      <w:r>
        <w:rPr>
          <w:rFonts w:ascii="" w:hAnsi="" w:eastAsia=""/>
          <w:b/>
          <w:i/>
          <w:color w:val="008F00"/>
          <w:sz w:val="22"/>
        </w:rPr>
        <w:t xml:space="preserve">NÃO SE DETÉM NO CAMINHO DOS PECADORES, NEM SE ASSENTA NA RODA DOS </w:t>
      </w:r>
      <w:r>
        <w:rPr>
          <w:rFonts w:ascii="" w:hAnsi="" w:eastAsia=""/>
          <w:b/>
          <w:i/>
          <w:color w:val="008F00"/>
          <w:sz w:val="22"/>
        </w:rPr>
        <w:t xml:space="preserve">ESCARNECEDORES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PELO CONTRÁRIO, O SEU PRAZER ESTÁ NA LEI DO SENHOR, E NA SUA LEI MEDITA DE </w:t>
      </w:r>
      <w:r>
        <w:rPr>
          <w:rFonts w:ascii="" w:hAnsi="" w:eastAsia=""/>
          <w:b/>
          <w:i/>
          <w:color w:val="008F00"/>
          <w:sz w:val="22"/>
        </w:rPr>
        <w:t xml:space="preserve">DIA E DE NOITE </w:t>
      </w:r>
      <w:r>
        <w:rPr>
          <w:rFonts w:ascii="" w:hAnsi="" w:eastAsia=""/>
          <w:b/>
          <w:i/>
          <w:color w:val="FF2600"/>
          <w:sz w:val="22"/>
        </w:rPr>
        <w:t xml:space="preserve">(AQUI VEM O SEGUNDO ALERTA) </w:t>
      </w:r>
    </w:p>
    <w:p>
      <w:pPr>
        <w:autoSpaceDN w:val="0"/>
        <w:autoSpaceDE w:val="0"/>
        <w:widowControl/>
        <w:spacing w:line="488" w:lineRule="exact" w:before="604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2</w:t>
      </w:r>
      <w:r>
        <w:rPr>
          <w:w w:val="97.77778625488281"/>
          <w:rFonts w:ascii="" w:hAnsi="" w:eastAsia=""/>
          <w:b/>
          <w:i w:val="0"/>
          <w:color w:val="FF0000"/>
          <w:sz w:val="15"/>
        </w:rPr>
        <w:t>o</w:t>
      </w:r>
      <w:r>
        <w:rPr>
          <w:rFonts w:ascii="" w:hAnsi="" w:eastAsia=""/>
          <w:b/>
          <w:i w:val="0"/>
          <w:color w:val="FF0000"/>
          <w:sz w:val="22"/>
        </w:rPr>
        <w:t xml:space="preserve">  ALERTA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BUSQUE A PRESENÇA DO SENHOR INTENSAMENTE TODOS OS DIAS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DEIXE DE BUSCAR A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TENHA PRAZER NA LEI DO SENHOR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SEJA AOS OLHOS DO MUNDO UMA PESSOA DIFERENTE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ALGUÉM QUE NÃO SE ENVERGONHA DE DIZER… </w:t>
      </w:r>
    </w:p>
    <w:p>
      <w:pPr>
        <w:autoSpaceDN w:val="0"/>
        <w:autoSpaceDE w:val="0"/>
        <w:widowControl/>
        <w:spacing w:line="488" w:lineRule="exact" w:before="362" w:after="0"/>
        <w:ind w:left="1134" w:right="288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/>
          <w:color w:val="000000"/>
          <w:sz w:val="22"/>
        </w:rPr>
        <w:t xml:space="preserve"> MEU MAIOR PRAZER É ESTAR EM TUA PRESENÇA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/>
          <w:color w:val="000000"/>
          <w:sz w:val="22"/>
        </w:rPr>
        <w:t xml:space="preserve"> TU TENS MEU CORAÇÃO E AS MINHAS MÃOS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/>
          <w:color w:val="000000"/>
          <w:sz w:val="22"/>
        </w:rPr>
        <w:t xml:space="preserve"> NO DIA BOM E NO DIA MAL </w:t>
      </w:r>
    </w:p>
    <w:p>
      <w:pPr>
        <w:autoSpaceDN w:val="0"/>
        <w:autoSpaceDE w:val="0"/>
        <w:widowControl/>
        <w:spacing w:line="280" w:lineRule="exact" w:before="330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4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8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AGORA QUE ESTAMOS COMEÇANDO UM NOVO ANO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NÓS SEJAMOS ENVOLVIDOS PELO AMBIENTE DO ESPÍRITO SANTO NESTE LUGAR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QUEREMOS CORRER NESTE ANO PARA O LUGAR DA TUA PRESENÇA SENHOR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TIRA AS DORES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DESFAZ TODA ENFERMIDADE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QUEBRA TODO JUGO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TRAGA UM PODEROSO AVIVAMENTO PARA ESTA CASA E PARA TODAS AS CASAS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NÃO HÁ NENHUMA DÚVIDA QUE ESTAMOS VIVENDO DIAS MUITO DIFÍCEIS</w:t>
      </w:r>
    </w:p>
    <w:p>
      <w:pPr>
        <w:autoSpaceDN w:val="0"/>
        <w:autoSpaceDE w:val="0"/>
        <w:widowControl/>
        <w:spacing w:line="488" w:lineRule="exact" w:before="360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MAS, APESAR DE TUDO QUE ESTÁ AÍ, EU DECLARO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AQUI ESTÁ UM POVO QUE SERÁ GUARDADO PELO SENHOR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NOSSAS CRIANÇAS ESTÃO COBERTAS PELO SANGUE DO CORDEIRO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TENHA UMA VIDA DE ORAÇÃO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ENSINE TEUS FILHOS ORAR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ORE EM FAMÍLIA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CONSAGRE TUA CASA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LIMITE TUA BUSCA AOS CULTOS E CÉLULAS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SE VOCÊ FOR CHEIO DO PODER DO ESPÍRITO SANTO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VOCÊ MANTIVER NA TUA CASA A PRESENÇA PODEROSA DO SENHOR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O AVIVAMENTO COMEÇAR POR VOCÊ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VOCÊ ESTABELECER PRIORIDADES CORRETAS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SABE O QUE VAI ACONTECER EM 2024???? </w:t>
      </w:r>
    </w:p>
    <w:p>
      <w:pPr>
        <w:autoSpaceDN w:val="0"/>
        <w:autoSpaceDE w:val="0"/>
        <w:widowControl/>
        <w:spacing w:line="488" w:lineRule="exact" w:before="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NENHUM MAL TE SUCEDERÁ, NEM PRAGA ALGUMA CHEGARÁ À TUA TENDA (SL 91:10)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INIMIGO QUE VIER POR UM CAMINHO TERÁ QUE FUGIR POR SETE (DT 28:7) </w:t>
      </w:r>
    </w:p>
    <w:p>
      <w:pPr>
        <w:autoSpaceDN w:val="0"/>
        <w:autoSpaceDE w:val="0"/>
        <w:widowControl/>
        <w:spacing w:line="470" w:lineRule="exact" w:before="378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PROFETIZO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ESTÁ COMEÇANDO UM NOVO TEMPO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TEMPO DE DEUS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SE LEVANTE NESTE LUGAR UNGIDOS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PROFETAS NESTE TEMPO TÃO DESAFIADOR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SE LEVANTEM OS ADORADORES QUE ADORAM EM ESPÍRITO E EM VERDADE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HOMENS E MULHERES QUE DIANTE DE UM MUNDO HOSTIL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SE DEIXARÃO INFLUENCIAR PELAS CIRCUNSTÂNCIAS ADVERSAS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SERÃO…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1:3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ELE É COMO ÁRVORE PLANTADA JUNTO A UMA CORRENTE DE ÁGUAS, QUE, </w:t>
      </w:r>
      <w:r>
        <w:rPr>
          <w:rFonts w:ascii="" w:hAnsi="" w:eastAsia=""/>
          <w:b/>
          <w:i/>
          <w:color w:val="008F00"/>
          <w:sz w:val="22"/>
        </w:rPr>
        <w:t xml:space="preserve">NO DEVIDO TEMPO, DÁ O SEU FRUTO, E CUJA FOLHAGEM NÃO MURCHA; E TUDO O QUE ELE </w:t>
      </w:r>
      <w:r>
        <w:rPr>
          <w:rFonts w:ascii="" w:hAnsi="" w:eastAsia=""/>
          <w:b/>
          <w:i/>
          <w:color w:val="008F00"/>
          <w:sz w:val="22"/>
        </w:rPr>
        <w:t xml:space="preserve">FAZ SERÁ BEM-SUCEDIDO </w:t>
      </w:r>
    </w:p>
    <w:p>
      <w:pPr>
        <w:autoSpaceDN w:val="0"/>
        <w:tabs>
          <w:tab w:pos="5886" w:val="left"/>
        </w:tabs>
        <w:autoSpaceDE w:val="0"/>
        <w:widowControl/>
        <w:spacing w:line="352" w:lineRule="exact" w:before="382" w:after="0"/>
        <w:ind w:left="1134" w:right="576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PROFETIZO MAIS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5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DEUS VAI TE USAR PARA DESTRUIR CICLOS DEMONÍACOS NA TUA FAMÍLIA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CICLOS DE MALDIÇÃO EM TODAS AS ÁREAS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NESTE ANO VEREMOS UM DERRAMAR DE UNÇÃO SOBRE AS CASAS E ESTA CASA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VEJO VIDAS SENDO LIMPAS E LIBERTAS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CADEIAS DE CARNALIDADE, DE ASSOLAÇÃO, DE PECADOS SERÃO QUEBRADAS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TODO DOMÍNIO NA MENTE CAINDO POR TERRA AGORA </w:t>
      </w:r>
    </w:p>
    <w:p>
      <w:pPr>
        <w:autoSpaceDN w:val="0"/>
        <w:autoSpaceDE w:val="0"/>
        <w:widowControl/>
        <w:spacing w:line="488" w:lineRule="exact" w:before="360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PORQUE É NO LUGAR DA PRESENÇA DO SENHOR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ENCONTRAMOS VIDA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RENOVAMOS A NOSSA ESPERANÇA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O ESPÍRITO SANTO FAZ MORADA EM NÓS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PERMANECEREMOS PLANTADOS JUNTO A UMA CORRENTE DE ÁGUAS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MESMO QUE AS INCERTEZAS/OS ATAQUES CONTINUEM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ELAS NÃO IRÃO NOS ABALAR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ELAS IRÃO NOS IMPULSIONAR </w:t>
      </w:r>
      <w:r>
        <w:rPr>
          <w:rFonts w:ascii="" w:hAnsi="" w:eastAsia=""/>
          <w:b/>
          <w:i/>
          <w:color w:val="008F00"/>
          <w:sz w:val="22"/>
        </w:rPr>
        <w:t xml:space="preserve">(TUDO QUANTO FIZER… </w:t>
      </w:r>
    </w:p>
    <w:p>
      <w:pPr>
        <w:autoSpaceDN w:val="0"/>
        <w:autoSpaceDE w:val="0"/>
        <w:widowControl/>
        <w:spacing w:line="488" w:lineRule="exact" w:before="358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EM 2024 O SENHOR TEM RESERVADO PRA VOCÊ PORÇÃO DOBRADA DO SEU ESPÍRITO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EXPERIMENTARÁ CAMINHOS ESPIRITUAIS MAIS ALTOS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2024 SERÁ UM ANO DE PROFUNDAS EXPERIÊNCIAS ESPIRITUAIS NA TUA VIDA </w:t>
      </w:r>
    </w:p>
    <w:p>
      <w:pPr>
        <w:autoSpaceDN w:val="0"/>
        <w:autoSpaceDE w:val="0"/>
        <w:widowControl/>
        <w:spacing w:line="488" w:lineRule="exact" w:before="362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EU CREIO QUE HÁ UM CLAMOR NOS CÉUS: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CASA DO PAI!!! CHEGOU A HORA DE RASGAR O CORAÇÃO E NÃO AS TUAS VESTES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SERÁ UM DERRAMAR PODEROSO DO ESPÍRITO SANTO SOBRE OS DE CORAÇÃO SINCERO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VOCÊ NÃO SE CONFORME COM UMA VIDA ESPIRITUAL MEIA BOCA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VOCÊ NÃO SE CONFORME COM SUJEIRAS EM NENHUMA ÁREA DA TUA VIDA </w:t>
      </w:r>
    </w:p>
    <w:p>
      <w:pPr>
        <w:autoSpaceDN w:val="0"/>
        <w:autoSpaceDE w:val="0"/>
        <w:widowControl/>
        <w:spacing w:line="488" w:lineRule="exact" w:before="360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EM 2024 ORE! BUSQUE! JEJUE! ADORE!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UM AMBIENTE DE GLÓRIA VAI TE CERCAR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NESSA ATMOSFERA MARAVILHOSA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SENHOR FALARÁ COM VOCÊ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TRARÁ RESPOSTAS ÀS TUAS NECESSIDADES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 ISSO CULTUE PRA VALER/ADORE SEM RESTRIÇÕES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COM CORAÇÃO SINCERO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 SABE POR QUE DIGO ISTO??? </w:t>
      </w:r>
    </w:p>
    <w:p>
      <w:pPr>
        <w:autoSpaceDN w:val="0"/>
        <w:autoSpaceDE w:val="0"/>
        <w:widowControl/>
        <w:spacing w:line="256" w:lineRule="exact" w:before="23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QUANTAS VEZES... 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DIANTE DOS DESAFIOS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DAS CIRCUNSTÂNCIAS </w:t>
      </w:r>
    </w:p>
    <w:p>
      <w:pPr>
        <w:autoSpaceDN w:val="0"/>
        <w:autoSpaceDE w:val="0"/>
        <w:widowControl/>
        <w:spacing w:line="280" w:lineRule="exact" w:before="30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6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90" w:lineRule="exact" w:before="896" w:after="0"/>
        <w:ind w:left="1134" w:right="316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DOS ATAQUES DO INIMIGO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DAS BARREIRAS QUE ELE IMPÕE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DAS INVESTIDAS CONTRA A FAMÍLIA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DOS ATAQUES CONTRA TUA CASA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SOMOS TENTADOS A DESISTIR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FICAMOS SEM FORÇAS PARA LUTAR </w:t>
      </w:r>
    </w:p>
    <w:p>
      <w:pPr>
        <w:autoSpaceDN w:val="0"/>
        <w:autoSpaceDE w:val="0"/>
        <w:widowControl/>
        <w:spacing w:line="488" w:lineRule="exact" w:before="358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MAS UMA ÁRVORE PLANTADA JUNTO AOS RIBEIROS DE ÁGUA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DIANTE DE UM QUADRO DE INCERTEZAS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VÊ UMA OPORTUNIDADE PARA DEUS AGIR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FAZ DA ADVERSIDADE UM EXERCÍCIO DE FÉ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PERSEVERA DIANTE DAQUILO QUE PARECIA IMPOSSÍVEL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SABE QUE AQUELE QUE COMEÇOU A OBRA VAI COMPLETAR (FP 1:6) </w:t>
      </w:r>
    </w:p>
    <w:p>
      <w:pPr>
        <w:autoSpaceDN w:val="0"/>
        <w:autoSpaceDE w:val="0"/>
        <w:widowControl/>
        <w:spacing w:line="488" w:lineRule="exact" w:before="720" w:after="0"/>
        <w:ind w:left="1134" w:right="3024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3</w:t>
      </w:r>
      <w:r>
        <w:rPr>
          <w:w w:val="97.77778625488281"/>
          <w:rFonts w:ascii="" w:hAnsi="" w:eastAsia=""/>
          <w:b/>
          <w:i w:val="0"/>
          <w:color w:val="FF0000"/>
          <w:sz w:val="15"/>
        </w:rPr>
        <w:t>o</w:t>
      </w:r>
      <w:r>
        <w:rPr>
          <w:rFonts w:ascii="" w:hAnsi="" w:eastAsia=""/>
          <w:b/>
          <w:i w:val="0"/>
          <w:color w:val="FF0000"/>
          <w:sz w:val="22"/>
        </w:rPr>
        <w:t xml:space="preserve">  ALERTA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TENHA COMO PRIORIDADE O QUE É PRIORIDADE PARA ELE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TEM GENTE AQUI QUE ESTÁ TERMINANDO ESTE ANO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E, INFELIZMENTE, NÃO GANHOU UMA ALMA PARA CRISTO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 PREOCUPOU COM TANTAS COISAS…. </w:t>
      </w:r>
    </w:p>
    <w:p>
      <w:pPr>
        <w:autoSpaceDN w:val="0"/>
        <w:autoSpaceDE w:val="0"/>
        <w:widowControl/>
        <w:spacing w:line="484" w:lineRule="exact" w:before="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NÃO SE PREOCUPOU COM AQUILO QUE É MAIS IMPORTANTE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 TM 1:15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ESTA AFIRMAÇÃO É FIEL E DIGNA DE TODA ACEITAÇÃO: CRISTO JESUS </w:t>
      </w:r>
      <w:r>
        <w:rPr>
          <w:rFonts w:ascii="" w:hAnsi="" w:eastAsia=""/>
          <w:b/>
          <w:i/>
          <w:color w:val="008F00"/>
          <w:sz w:val="22"/>
        </w:rPr>
        <w:t xml:space="preserve">VEIO AO MUNDO PARA SALVAR OS PECADORES, DOS QUAIS EU SOU O PIOR. </w:t>
      </w:r>
    </w:p>
    <w:p>
      <w:pPr>
        <w:autoSpaceDN w:val="0"/>
        <w:autoSpaceDE w:val="0"/>
        <w:widowControl/>
        <w:spacing w:line="490" w:lineRule="exact" w:before="242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SE TODA AFIRMAÇÃO NA BÍBLIA É FIEL E DIGNA DE ACEITAÇÃO…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SERÁ QUE O APÓSTOLO PAULO FOI ENFÁTICO NESTE TEXTO EM DIZER ISSO??? </w:t>
      </w:r>
    </w:p>
    <w:p>
      <w:pPr>
        <w:autoSpaceDN w:val="0"/>
        <w:autoSpaceDE w:val="0"/>
        <w:widowControl/>
        <w:spacing w:line="488" w:lineRule="exact" w:before="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É PORQUE ESSA É A ÊNFASE DAS ÊNFASES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VERDADE QUE NÃO PODEMOS ABANDONAR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FOCO QUE NUNCA PODEMOS PERDER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CRISTO JESUS VEIO AO MUNDO </w:t>
      </w:r>
      <w:r>
        <w:rPr>
          <w:rFonts w:ascii="" w:hAnsi="" w:eastAsia=""/>
          <w:b/>
          <w:i/>
          <w:color w:val="FF2600"/>
          <w:sz w:val="22"/>
        </w:rPr>
        <w:t>COM UM OBJETIVO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>PARA SALVAR OS PECADORES</w:t>
      </w:r>
    </w:p>
    <w:p>
      <w:pPr>
        <w:autoSpaceDN w:val="0"/>
        <w:autoSpaceDE w:val="0"/>
        <w:widowControl/>
        <w:spacing w:line="488" w:lineRule="exact" w:before="360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GUARDE ISSO: JESUS VEIO COM UM ÚNICO OBJETIVO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NÃO VEIO PRA MUDAR A POLÍTICA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NÃO VEIO PARA EXERCER JUÍZO SOBRE OS QUE JULGAM E GOVERNAM MAL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NÃO VEIO PARA TE ENRIQUECER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ATENDER TUAS DEMANDAS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TUDO ISSO FAZ PARTE DO PACOTE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ELE VEIO AO MUNDO PARA SALVAR OS PECADORES </w:t>
      </w:r>
    </w:p>
    <w:p>
      <w:pPr>
        <w:autoSpaceDN w:val="0"/>
        <w:autoSpaceDE w:val="0"/>
        <w:widowControl/>
        <w:spacing w:line="280" w:lineRule="exact" w:before="43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7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6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PRECISAMOS DE UMA IGREJA QUE TENHA UMA ÓTIMA ESTRUTURA PRA CRIANÇAS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PRECISAMOS COMO NUNCA PENSAR EM EDUCAÇÃO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ESCOLAS CONFESSIONAIS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PRECISAMOS DE CURSOS PRA CASAIS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APOIO AOS IDOSOS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SERVIÇOS SOCIAIS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PRECISAMOS DE CÉLULAS ACOLHEDORAS E DE COMUNHÃO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PRECISAMOS E MUITO DISSO TUDO E MUITO MAIS </w:t>
      </w:r>
    </w:p>
    <w:p>
      <w:pPr>
        <w:autoSpaceDN w:val="0"/>
        <w:autoSpaceDE w:val="0"/>
        <w:widowControl/>
        <w:spacing w:line="488" w:lineRule="exact" w:before="360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 ESSE NÃO É E NUNCA PODE SER O NOSSO FOCO PRINCIPAL COMO IGREJA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LEGAL TER CURSOS PRA TUDO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APOIO A CASAIS, IDOSOS, EMPRESÁRIOS, ETC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O FOCO DA IGREJA TEM QUE SER: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SALVAR OS PECADORES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SER CASA FRUTÍFERA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VAI COMEÇAR POR TUA CASA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EU E A MINHA CASA SERVIREMOS AO SENHOR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EM 2024 PREOCUPE-SE COM AQUELES QUE DEUS SE PREOCUPA </w:t>
      </w:r>
    </w:p>
    <w:p>
      <w:pPr>
        <w:autoSpaceDN w:val="0"/>
        <w:autoSpaceDE w:val="0"/>
        <w:widowControl/>
        <w:spacing w:line="488" w:lineRule="exact" w:before="36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QUANDO ESTAVA DEFININDO A DIREÇÃO PROFÉTICA DESTE ANO VEIO UMA CERTEZA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QUATRO BENÇÃOS PROFÉTICAS QUE VIRIAM SOBRE ESTA CASA </w:t>
      </w:r>
    </w:p>
    <w:p>
      <w:pPr>
        <w:autoSpaceDN w:val="0"/>
        <w:autoSpaceDE w:val="0"/>
        <w:widowControl/>
        <w:spacing w:line="446" w:lineRule="exact" w:before="40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1:3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ELE É COMO ÁRVORE PLANTADA JUNTO A UMA CORRENTE DE ÁGUAS, QUE, </w:t>
      </w:r>
      <w:r>
        <w:rPr>
          <w:rFonts w:ascii="" w:hAnsi="" w:eastAsia=""/>
          <w:b/>
          <w:i/>
          <w:color w:val="008F00"/>
          <w:sz w:val="22"/>
        </w:rPr>
        <w:t xml:space="preserve">NO DEVIDO TEMPO, DÁ O SEU FRUTO, E CUJA FOLHAGEM NÃO MURCHA; E TUDO O QUE ELE </w:t>
      </w:r>
      <w:r>
        <w:rPr>
          <w:rFonts w:ascii="" w:hAnsi="" w:eastAsia=""/>
          <w:b/>
          <w:i/>
          <w:color w:val="008F00"/>
          <w:sz w:val="22"/>
        </w:rPr>
        <w:t xml:space="preserve">FAZ SERÁ BEM-SUCEDIDO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VITALIDADE</w:t>
      </w:r>
      <w:r>
        <w:rPr>
          <w:rFonts w:ascii="" w:hAnsi="" w:eastAsia=""/>
          <w:b/>
          <w:i/>
          <w:color w:val="008F00"/>
          <w:sz w:val="22"/>
        </w:rPr>
        <w:t xml:space="preserve">(...ÁRVORE...)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ESTABILIDADE</w:t>
      </w:r>
      <w:r>
        <w:rPr>
          <w:rFonts w:ascii="" w:hAnsi="" w:eastAsia=""/>
          <w:b/>
          <w:i/>
          <w:color w:val="008F00"/>
          <w:sz w:val="22"/>
        </w:rPr>
        <w:t xml:space="preserve">(...PLANTADA...)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PRODUTIVIDADE </w:t>
      </w:r>
      <w:r>
        <w:rPr>
          <w:rFonts w:ascii="" w:hAnsi="" w:eastAsia=""/>
          <w:b/>
          <w:i/>
          <w:color w:val="008F00"/>
          <w:sz w:val="22"/>
        </w:rPr>
        <w:t xml:space="preserve">(...QUE DÁ O SEU FRUTO...)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PROSPERIDADE</w:t>
      </w:r>
      <w:r>
        <w:rPr>
          <w:rFonts w:ascii="" w:hAnsi="" w:eastAsia=""/>
          <w:b/>
          <w:i/>
          <w:color w:val="008F00"/>
          <w:sz w:val="22"/>
        </w:rPr>
        <w:t xml:space="preserve">(...E TUDO O QUE FIZER...) </w:t>
      </w:r>
    </w:p>
    <w:p>
      <w:pPr>
        <w:autoSpaceDN w:val="0"/>
        <w:autoSpaceDE w:val="0"/>
        <w:widowControl/>
        <w:spacing w:line="488" w:lineRule="exact" w:before="360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EU PROFETIZO QUE COMEÇAM HOJE </w:t>
      </w:r>
      <w:r>
        <w:rPr>
          <w:rFonts w:ascii="" w:hAnsi="" w:eastAsia=""/>
          <w:b/>
          <w:i w:val="0"/>
          <w:color w:val="531B93"/>
          <w:sz w:val="22"/>
        </w:rPr>
        <w:t xml:space="preserve">AS 52 SEMANAS MAIS ABENÇOADAS DA TUA VIDA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ESPÍRITO SANTO NOS DIZ NESTA NOITE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VOU DAR A ESTA CASA E A CADA CASA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TEMPO DE RECONSTRUÇÃO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TEMPO DE RESTITUIÇÃO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RETORNO AO LUGAR DA MINHA PRESENÇA E DA MINHA GLÓRIA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AQUILO QUE FICOU RETIDO POR ANOS EXPERIMENTARÁ LIBERAÇÃO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EU VOU DAR À MINHA CASA, DIZ O SENHOR </w:t>
      </w:r>
    </w:p>
    <w:p>
      <w:pPr>
        <w:autoSpaceDN w:val="0"/>
        <w:autoSpaceDE w:val="0"/>
        <w:widowControl/>
        <w:spacing w:line="280" w:lineRule="exact" w:before="330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8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CRESCIMENTO EM MEIO AO CAOS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GRANDES LIVRAMENTOS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FICA PREPARADO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PORTAS ABERTAS QUE O SENHOR VAI TE USAR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MAIS DO QUE JAMAIS VIMOS ATÉ HOJE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GUARDE FIRME A TUA ESPERANÇA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MELHOR DE DEUS SEMPRE ESTÁ POR VIR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HÁ ALGO DIFERENTE ACONTECENDO NA CASA HOJE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DESCANSE NAS PROMESSAS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CREIA NA PALAVRA LIBERADA SOBRE TUA VIDA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VITALIDADE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ESTABILIDADE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PRODUTIVIDADE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PROSPERIDADE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AQUELE QUE PROMETEU É FIEL PRA CUMPRIR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NÃO TEM ALIANÇA COM OUTROS AMORES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TUA ALIANÇA É COM JESUS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 AQUELE QUE FEZ A PROMESSA É FIEL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GUARDE ISSO EM TEU CORAÇÃO AGORA!!! </w:t>
      </w:r>
    </w:p>
    <w:p>
      <w:pPr>
        <w:autoSpaceDN w:val="0"/>
        <w:autoSpaceDE w:val="0"/>
        <w:widowControl/>
        <w:spacing w:line="488" w:lineRule="exact" w:before="2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QUANTO MAIS VOCÊ ENTREGAR TEU CORAÇÃO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QUANTO MAIS VOCÊ MERGULHAR NAS COISAS ESPIRITUAIS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QUANTO MAIS LIMPAR A CASA E PREPARAR A CASA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QUANTO MAIS LIVRE DE TODO E QUALQUER CONDICIONAMENTO VOCÊ FOR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MAIS DEUS VAI TE HONRAR DIANTE DOS HOMENS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TUDO QUANTO FIZER PROSPERARÁ </w:t>
      </w:r>
    </w:p>
    <w:p>
      <w:pPr>
        <w:autoSpaceDN w:val="0"/>
        <w:autoSpaceDE w:val="0"/>
        <w:widowControl/>
        <w:spacing w:line="488" w:lineRule="exact" w:before="362" w:after="0"/>
        <w:ind w:left="1134" w:right="1440" w:firstLine="0"/>
        <w:jc w:val="left"/>
      </w:pPr>
      <w:r>
        <w:rPr>
          <w:shd w:val="clear" w:color="auto" w:fill="fefb00"/>
          <w:rFonts w:ascii="" w:hAnsi="" w:eastAsia=""/>
          <w:b w:val="0"/>
          <w:i w:val="0"/>
          <w:color w:val="FF2600"/>
          <w:sz w:val="22"/>
        </w:rPr>
        <w:t>→</w:t>
      </w:r>
      <w:r>
        <w:rPr>
          <w:shd w:val="clear" w:color="auto" w:fill="fefb00"/>
          <w:rFonts w:ascii="" w:hAnsi="" w:eastAsia=""/>
          <w:b/>
          <w:i w:val="0"/>
          <w:color w:val="FF2600"/>
          <w:sz w:val="22"/>
        </w:rPr>
        <w:t xml:space="preserve"> EM 2024 </w:t>
      </w:r>
      <w:r>
        <w:rPr>
          <w:shd w:val="clear" w:color="auto" w:fill="fefb00"/>
          <w:rFonts w:ascii="" w:hAnsi="" w:eastAsia=""/>
          <w:b w:val="0"/>
          <w:i w:val="0"/>
          <w:color w:val="FF2600"/>
          <w:sz w:val="22"/>
        </w:rPr>
        <w:t>→</w:t>
      </w:r>
      <w:r>
        <w:rPr>
          <w:shd w:val="clear" w:color="auto" w:fill="fefb00"/>
          <w:rFonts w:ascii="" w:hAnsi="" w:eastAsia=""/>
          <w:b/>
          <w:i w:val="0"/>
          <w:color w:val="FF2600"/>
          <w:sz w:val="22"/>
        </w:rPr>
        <w:t xml:space="preserve"> DEUS QUER AS NOSSAS VIDAS TOTALMENTE EM SUAS MÃOS</w:t>
      </w:r>
      <w:r>
        <w:rPr>
          <w:rFonts w:ascii="" w:hAnsi="" w:eastAsia=""/>
          <w:b/>
          <w:i w:val="0"/>
          <w:color w:val="FF2600"/>
          <w:sz w:val="22"/>
        </w:rPr>
        <w:t xml:space="preserve">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shd w:val="clear" w:color="auto" w:fill="fefb00"/>
          <w:rFonts w:ascii="" w:hAnsi="" w:eastAsia=""/>
          <w:b/>
          <w:i w:val="0"/>
          <w:color w:val="531B93"/>
          <w:sz w:val="22"/>
        </w:rPr>
        <w:t xml:space="preserve"> EM 2023 MUITOS TIVERAM UM TEMPO DIFÍCIL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shd w:val="clear" w:color="auto" w:fill="fefb00"/>
          <w:rFonts w:ascii="" w:hAnsi="" w:eastAsia=""/>
          <w:b/>
          <w:i w:val="0"/>
          <w:color w:val="531B93"/>
          <w:sz w:val="22"/>
        </w:rPr>
        <w:t xml:space="preserve"> QUANTA COISA VEIO P</w:t>
      </w:r>
      <w:r>
        <w:rPr>
          <w:rFonts w:ascii="" w:hAnsi="" w:eastAsia=""/>
          <w:b/>
          <w:i w:val="0"/>
          <w:color w:val="531B93"/>
          <w:sz w:val="22"/>
        </w:rPr>
        <w:t xml:space="preserve">ARA NOS ABALAR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ESTAMOS TERMINANDO 2023 COM INCERTEZAS EM RELAÇÃO AO FUTURO DO PAÍS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CHEIOS DE ESPERANÇA PORQUE AQUELE QUE NOS SUSTENTOU E NOS GUARDOU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CONTINUA NO CONTROLE DE TODAS AS SITUAÇÕES </w:t>
      </w:r>
    </w:p>
    <w:p>
      <w:pPr>
        <w:autoSpaceDN w:val="0"/>
        <w:autoSpaceDE w:val="0"/>
        <w:widowControl/>
        <w:spacing w:line="488" w:lineRule="exact" w:before="360" w:after="0"/>
        <w:ind w:left="1134" w:right="288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DEUS QUE NÓS NOS MOVEMOS, NÓS VIVEMOS E NÓS EXISTIMOS EM </w:t>
      </w:r>
      <w:r>
        <w:rPr>
          <w:rFonts w:ascii="" w:hAnsi="" w:eastAsia=""/>
          <w:b/>
          <w:i w:val="0"/>
          <w:color w:val="FF2600"/>
          <w:sz w:val="22"/>
        </w:rPr>
        <w:t xml:space="preserve">2021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O DEUS QUE NOS FEZ IMPARÁVEIS EM</w:t>
      </w:r>
      <w:r>
        <w:rPr>
          <w:rFonts w:ascii="" w:hAnsi="" w:eastAsia=""/>
          <w:b/>
          <w:i w:val="0"/>
          <w:color w:val="FF2600"/>
          <w:sz w:val="22"/>
        </w:rPr>
        <w:t xml:space="preserve"> 2022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NOS FEZ PERMANECER INABALÁVEIS EM </w:t>
      </w:r>
      <w:r>
        <w:rPr>
          <w:rFonts w:ascii="" w:hAnsi="" w:eastAsia=""/>
          <w:b/>
          <w:i w:val="0"/>
          <w:color w:val="FF2600"/>
          <w:sz w:val="22"/>
        </w:rPr>
        <w:t xml:space="preserve">2023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QUE NOS LEVARÁ A SER CASA FRUTÍFERA EM 2024 </w:t>
      </w:r>
    </w:p>
    <w:p>
      <w:pPr>
        <w:autoSpaceDN w:val="0"/>
        <w:tabs>
          <w:tab w:pos="5886" w:val="left"/>
        </w:tabs>
        <w:autoSpaceDE w:val="0"/>
        <w:widowControl/>
        <w:spacing w:line="478" w:lineRule="exact" w:before="372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DECLARE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EM 2024 "NÃO SOU EU”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"É NÓIS”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ABENÇOE TEU IRMÃO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CREIA POR TUA CÉLULA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ABENÇOE A CASA ANFITRIÃ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QUE NÃO FALTA EM NOSSA CIDADE É GENTE DESTROÇADA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9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FISICAMENTE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EMOCIONALMENTE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FINANCEIRAMENTE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MUITOS VIVENDO UMA SITUAÇÃO EXTREMAMENTE COMPLICADA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TÁ CHEIO DE GENTE EM NOSSA CIDADE PRECISANDO DE ALGUÉM QUE OLHE PRA ELAS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QUE 2024 SEJA UM ANO DE MUITA FRUTIFICAÇÃO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SAIRMOS DE NÓS MESMOS E SERVIR NOSSOS IRMÃOS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ABENÇOAR A NOSSA CIDADE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PERCEBER AS NECESSIDADES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SACRIFICAR UM POUCO MAIS DO TEMPO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QUANTA COISA BOA ACONTECEU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EM 2023??? </w:t>
      </w:r>
    </w:p>
    <w:p>
      <w:pPr>
        <w:autoSpaceDN w:val="0"/>
        <w:autoSpaceDE w:val="0"/>
        <w:widowControl/>
        <w:spacing w:line="488" w:lineRule="exact" w:before="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VOLUNTÁRIOS DO INSTITUTO CASA DO PAI FAZENDO UMA OBRA MARAVILHOSA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CAFÉ COM PÃO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BECO DA ESPERANÇA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DISTRIBUIÇÃO DE CESTAS BÁSICAS/BRINQUEDOS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ATENDIMENTO ODONTOLÓGICO COMEÇANDO COM FORÇA EM JANEIRO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DOAÇÃO DE ROUPAS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ATENDIMENTO A RECÉM NASCIDOS </w:t>
      </w:r>
    </w:p>
    <w:p>
      <w:pPr>
        <w:autoSpaceDN w:val="0"/>
        <w:autoSpaceDE w:val="0"/>
        <w:widowControl/>
        <w:spacing w:line="488" w:lineRule="exact" w:before="358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QUE NÃO DIZER DAS SENHORAS QUE TODAS AS SEMANAS ESTÃO AQUI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CARINHOSAMENTE ANTES CHAMADAS DE “ARTEIRAS" E QUE TEM ABENÇOADO TANTA GENTE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COM UMA CÉLULA MARAVILHOSA QUE MULTIPLICOU </w:t>
      </w:r>
    </w:p>
    <w:p>
      <w:pPr>
        <w:autoSpaceDN w:val="0"/>
        <w:autoSpaceDE w:val="0"/>
        <w:widowControl/>
        <w:spacing w:line="488" w:lineRule="exact" w:before="36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UM PROJETO LINDO CHAMADO “GUERREIROS DO AMANHÃ”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ONDE ATRAVÉS DE UM GRUPO DE VOLUNTÁRIOS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MESTRES DE JIU-JITSU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CRIANÇAS ESTÃO SENDO RESGATADAS E SOCIALIZADAS (MAIS DE 130 PARTICIPANTES)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DO JIU EM TAVEIRA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 ESCOLINHA DE FUTEBOL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ATLETISMO </w:t>
      </w:r>
    </w:p>
    <w:p>
      <w:pPr>
        <w:autoSpaceDN w:val="0"/>
        <w:autoSpaceDE w:val="0"/>
        <w:widowControl/>
        <w:spacing w:line="486" w:lineRule="exact" w:before="36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DOS CAMPUS SÃO JOSÉ/ZONA LESTE E ARACANGUÁ QUE TEM CRESCIDO E MULTIPLICADO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DA CASA DO PAI EM RIBEIRÃO PRETO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NA CIDADE DO PORTO EM PORTUGAL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QUANTA COISA MAIS EU PODERIA DIZER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2024 TEM MUITO MAIS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PORQUE UMA CASA FRUTÍFERA NÃO PENSA EM SI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OLHA PRA "NÓIS"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GL 6:9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 NÃO NOS CANSEMOS DE FAZER O BEM, PORQUE NO TEMPO CERTO </w:t>
      </w:r>
      <w:r>
        <w:rPr>
          <w:rFonts w:ascii="" w:hAnsi="" w:eastAsia=""/>
          <w:b/>
          <w:i/>
          <w:color w:val="008F00"/>
          <w:sz w:val="22"/>
        </w:rPr>
        <w:t xml:space="preserve">FAREMOS A COLHEITA, SE NÃO DESANIMARMOS </w:t>
      </w:r>
    </w:p>
    <w:p>
      <w:pPr>
        <w:autoSpaceDN w:val="0"/>
        <w:autoSpaceDE w:val="0"/>
        <w:widowControl/>
        <w:spacing w:line="256" w:lineRule="exact" w:before="478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NUNCA SE ESQUEÇA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A BENÇÃO É PARA QUEM ESTÁ PRESENTE</w:t>
      </w:r>
    </w:p>
    <w:p>
      <w:pPr>
        <w:autoSpaceDN w:val="0"/>
        <w:autoSpaceDE w:val="0"/>
        <w:widowControl/>
        <w:spacing w:line="280" w:lineRule="exact" w:before="43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10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EM 2024 VOLTE A FAZER DO CULTO PRESENCIAL UMA PRIORIDADE NA TUA VIDA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TODA SEMANA TEM PÃO QUENTE SENDO SERVIDO NESTE LUGAR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 CASA É CASA DE ALIMENTO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PRECISAMOS PARTILHAR JUNTOS DESSE PÃO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TEMPO DE NOS BANQUETEARMOS COM O ALIMENTO NESTE LUGAR </w:t>
      </w:r>
    </w:p>
    <w:p>
      <w:pPr>
        <w:autoSpaceDN w:val="0"/>
        <w:autoSpaceDE w:val="0"/>
        <w:widowControl/>
        <w:spacing w:line="488" w:lineRule="exact" w:before="362" w:after="0"/>
        <w:ind w:left="1134" w:right="316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CHEGOU A HORA DE ABANDONAR O COMODISMO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ESTARMOS JUNTOS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PÃO BOM É QUANDO SAI QUENTINHO DO FORNO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COMIDA BOA NÃO É COMIDA REQUENTADA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POR QUE DIGO ISSO? </w:t>
      </w:r>
    </w:p>
    <w:p>
      <w:pPr>
        <w:autoSpaceDN w:val="0"/>
        <w:autoSpaceDE w:val="0"/>
        <w:widowControl/>
        <w:spacing w:line="466" w:lineRule="exact" w:before="2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TEMPOS CADA VEZ MAIS DIFÍCEIS ESTÃO POR VIR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A COMUNHÃO DA IGREJA É UMA FORÇA QUE NÓS TEMOS PARA VENCER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ESTE É O ANO QUE MUITOS PRÓDIGOS VOLTARÃO PARA CASA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CASA NATURAL E CASA ESPIRITUAL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ELES VOLTARÃO DA TERRA DO INIMIGO DIZ O SENHOR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JR 31:16 (NTLH)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PARE DE CHORAR E ENXUGUE AS SUAS LÁGRIMAS. TUDO O QUE VOCÊ </w:t>
      </w:r>
      <w:r>
        <w:rPr>
          <w:rFonts w:ascii="" w:hAnsi="" w:eastAsia=""/>
          <w:b/>
          <w:i/>
          <w:color w:val="008F00"/>
          <w:sz w:val="22"/>
        </w:rPr>
        <w:t xml:space="preserve">FEZ PELOS SEUS FILHOS SERÁ RECOMPENSADO; ELES VOLTARÃO DA TERRA DO INIMIGO. SOU </w:t>
      </w:r>
      <w:r>
        <w:rPr>
          <w:rFonts w:ascii="" w:hAnsi="" w:eastAsia=""/>
          <w:b/>
          <w:i/>
          <w:color w:val="008F00"/>
          <w:sz w:val="22"/>
        </w:rPr>
        <w:t xml:space="preserve">EU, O SENHOR, QUEM ESTÁ FALANDO. </w:t>
      </w:r>
    </w:p>
    <w:p>
      <w:pPr>
        <w:autoSpaceDN w:val="0"/>
        <w:autoSpaceDE w:val="0"/>
        <w:widowControl/>
        <w:spacing w:line="424" w:lineRule="exact" w:before="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HÁ ESPERANÇA PARA VOCÊ NO FUTURO; OS SEUS FILHOS VOLTARÃO PARA CASA. </w:t>
      </w:r>
      <w:r>
        <w:rPr>
          <w:shd w:val="clear" w:color="auto" w:fill="fefb00"/>
          <w:rFonts w:ascii="" w:hAnsi="" w:eastAsia=""/>
          <w:b/>
          <w:i/>
          <w:color w:val="008F00"/>
          <w:sz w:val="22"/>
        </w:rPr>
        <w:t>SOU EU, O</w:t>
      </w:r>
      <w:r>
        <w:rPr>
          <w:rFonts w:ascii="" w:hAnsi="" w:eastAsia=""/>
          <w:b/>
          <w:i/>
          <w:color w:val="008F00"/>
          <w:sz w:val="22"/>
        </w:rPr>
        <w:t xml:space="preserve"> </w:t>
      </w:r>
      <w:r>
        <w:rPr>
          <w:shd w:val="clear" w:color="auto" w:fill="fefb00"/>
          <w:rFonts w:ascii="" w:hAnsi="" w:eastAsia=""/>
          <w:b/>
          <w:i/>
          <w:color w:val="008F00"/>
          <w:sz w:val="22"/>
        </w:rPr>
        <w:t>SENHOR, QUEM ESTÁ FALANDO.</w:t>
      </w:r>
      <w:r>
        <w:rPr>
          <w:rFonts w:ascii="" w:hAnsi="" w:eastAsia=""/>
          <w:b/>
          <w:i/>
          <w:color w:val="008F00"/>
          <w:sz w:val="22"/>
        </w:rPr>
        <w:t xml:space="preserve"> </w:t>
      </w:r>
    </w:p>
    <w:p>
      <w:pPr>
        <w:autoSpaceDN w:val="0"/>
        <w:autoSpaceDE w:val="0"/>
        <w:widowControl/>
        <w:spacing w:line="490" w:lineRule="exact" w:before="242" w:after="0"/>
        <w:ind w:left="1134" w:right="345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CONCLUSÃO: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UMA CASA = </w:t>
      </w:r>
      <w:r>
        <w:rPr>
          <w:rFonts w:ascii="" w:hAnsi="" w:eastAsia=""/>
          <w:b/>
          <w:i w:val="0"/>
          <w:color w:val="531B93"/>
          <w:sz w:val="22"/>
        </w:rPr>
        <w:t>NOSSA IDENTIDADE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FRUTÍFERA = </w:t>
      </w:r>
      <w:r>
        <w:rPr>
          <w:rFonts w:ascii="" w:hAnsi="" w:eastAsia=""/>
          <w:b/>
          <w:i w:val="0"/>
          <w:color w:val="531B93"/>
          <w:sz w:val="22"/>
        </w:rPr>
        <w:t xml:space="preserve">NOSSO PROPÓSITO </w:t>
      </w:r>
    </w:p>
    <w:p>
      <w:pPr>
        <w:autoSpaceDN w:val="0"/>
        <w:autoSpaceDE w:val="0"/>
        <w:widowControl/>
        <w:spacing w:line="454" w:lineRule="exact" w:before="39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HOJE ESTAMOS LANÇANDO DO ALICERCES DE 2024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ALICERCES DE UMA CASA FRUTÍFERA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NO LIVRO DE ESDRAS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LANÇARAM OS ALICERCES DA CASA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ED 3:11 (ARA)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CANTAVAM ALTERNADAMENTE, LOUVANDO E RENDENDO GRAÇAS AO </w:t>
      </w:r>
      <w:r>
        <w:rPr>
          <w:rFonts w:ascii="" w:hAnsi="" w:eastAsia=""/>
          <w:b/>
          <w:i/>
          <w:color w:val="008F00"/>
          <w:sz w:val="22"/>
        </w:rPr>
        <w:t xml:space="preserve">SENHOR, COM ESTAS PALAVRAS: ELE É BOM, PORQUE A SUA MISERICÓRDIA DURA PARA SEMPRE </w:t>
      </w:r>
      <w:r>
        <w:rPr>
          <w:rFonts w:ascii="" w:hAnsi="" w:eastAsia=""/>
          <w:b/>
          <w:i/>
          <w:color w:val="008F00"/>
          <w:sz w:val="22"/>
        </w:rPr>
        <w:t xml:space="preserve">SOBRE ISRAEL. </w:t>
      </w:r>
    </w:p>
    <w:p>
      <w:pPr>
        <w:autoSpaceDN w:val="0"/>
        <w:autoSpaceDE w:val="0"/>
        <w:widowControl/>
        <w:spacing w:line="256" w:lineRule="exact" w:before="476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SABE O QUE ACONTECEU QUANDO LANÇARAM OS ALICERCES DA CASA?????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SABE O QUE VAI ACONTECER AGORA QUANDO ESTAMOS LANÇANDO OS ALICERCES??? </w:t>
      </w:r>
    </w:p>
    <w:p>
      <w:pPr>
        <w:autoSpaceDN w:val="0"/>
        <w:autoSpaceDE w:val="0"/>
        <w:widowControl/>
        <w:spacing w:line="280" w:lineRule="exact" w:before="948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11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76" w:lineRule="exact" w:before="91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… E TODO O POVO JUBILOU COM ALTAS VOZES, LOUVANDO AO SENHOR POR SE TEREM </w:t>
      </w:r>
      <w:r>
        <w:rPr>
          <w:rFonts w:ascii="" w:hAnsi="" w:eastAsia=""/>
          <w:b/>
          <w:i/>
          <w:color w:val="008F00"/>
          <w:sz w:val="22"/>
        </w:rPr>
        <w:t xml:space="preserve">LANÇADO OS ALICERCES DA SUA CASA. </w:t>
      </w:r>
    </w:p>
    <w:p>
      <w:pPr>
        <w:autoSpaceDN w:val="0"/>
        <w:autoSpaceDE w:val="0"/>
        <w:widowControl/>
        <w:spacing w:line="488" w:lineRule="exact" w:before="246" w:after="0"/>
        <w:ind w:left="1134" w:right="273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2024!!! HOJE ESTAMOS LANÇANDO OS ALICERCES DE UMA CASA FRUTÍFERA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SERÁ QUE TEM VOZ DE JÚBILO NESTE LUGAR???? </w:t>
      </w:r>
    </w:p>
    <w:p>
      <w:pPr>
        <w:autoSpaceDN w:val="0"/>
        <w:autoSpaceDE w:val="0"/>
        <w:widowControl/>
        <w:spacing w:line="488" w:lineRule="exact" w:before="0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2024 É ANO DE RENDER GRAÇAS AO SENHOR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SUA MISERICÓRDIA DURA PARA SEMPRE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 ANO DE FORÇAS RENOVADAS PELA ESPERANÇA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ENXERGAR QUE A PROMESSA É MAIOR QUE QUALQUER PROBLEMA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PERSEVERANÇA PARA COMPLETAR A OBRA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EI… CASA DO PAI … ESCUTA AÍ….</w:t>
      </w:r>
    </w:p>
    <w:p>
      <w:pPr>
        <w:autoSpaceDN w:val="0"/>
        <w:autoSpaceDE w:val="0"/>
        <w:widowControl/>
        <w:spacing w:line="488" w:lineRule="exact" w:before="0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SENHOR VAI TRAZER UMA VIRADA RADICAL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AS NOTÍCIAS PARA 2024 NÃO SÃO ANIMADORAS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… JESUS CRISTO ESTÁ COM VOCÊ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EU CREIO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DAQUI ALGUNS MINUTOS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VOCÊ PODE, PELA FÉ, ENTRAR NO ANO MAIS ABENÇOADO DA HISTÓRIA DA TUA VIDA </w:t>
      </w:r>
    </w:p>
    <w:p>
      <w:pPr>
        <w:autoSpaceDN w:val="0"/>
        <w:autoSpaceDE w:val="0"/>
        <w:widowControl/>
        <w:spacing w:line="490" w:lineRule="exact" w:before="358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É TEMPO DE VIVERMOS A RECONSTRUÇÃO DA CASA E DAS CASAS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SENHOR DIZ CLARAMENTE A PESSOAS AQUI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SONHARAM POR ANOS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CHEGOU A HORA DE VER A CASA RESTAURADA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ONDE VOCÊ SEMPRE ENXERGOU RUÍNAS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NESTA NOITE ESTÃO SENDO LANÇADOS OS ALICERCES DA GLÓRIA DA ÚLTIMA CASA </w:t>
      </w:r>
    </w:p>
    <w:p>
      <w:pPr>
        <w:autoSpaceDN w:val="0"/>
        <w:autoSpaceDE w:val="0"/>
        <w:widowControl/>
        <w:spacing w:line="490" w:lineRule="exact" w:before="358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ORAÇÃO: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ESPÍRITO SANTO ENCHE-NOS COM A VERDADE PROFÉTICA DESTA PALAVRA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SOPRA SOBRE ESTA CASA AGORA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TRAZ REVELAÇÕES/VISÕES/MUDANÇAS RADICAIS </w:t>
      </w:r>
    </w:p>
    <w:p>
      <w:pPr>
        <w:autoSpaceDN w:val="0"/>
        <w:autoSpaceDE w:val="0"/>
        <w:widowControl/>
        <w:spacing w:line="488" w:lineRule="exact" w:before="360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CASA FRUTÍFERA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ASSIM SERÁ 2024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RECEBE SENHOR AGORA O NOSSO CLAMOR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VITALIDADE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ESTABILIDADE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PRODUTIVIDADE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PROSPERIDADE </w:t>
      </w:r>
    </w:p>
    <w:p>
      <w:pPr>
        <w:autoSpaceDN w:val="0"/>
        <w:tabs>
          <w:tab w:pos="5820" w:val="left"/>
        </w:tabs>
        <w:autoSpaceDE w:val="0"/>
        <w:widowControl/>
        <w:spacing w:line="454" w:lineRule="exact" w:before="396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NÓS CLAMAMOS A TI AGORA SENHOR E DECLARAMOS QUE …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VAMOS VENCER TODOS OS MEDOS E INSEGURANÇAS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DECLARO QUE NÃO PERMITIREI QUE O INIMIGO ME ASSOMBRE COM MÁS NOTÍCIAS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TODA ARTIMANHA DO INFERNO CONTRA A MINHA VIDA E MINHA FAMÍLIA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VÃO CAIR </w:t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12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8" w:after="0"/>
        <w:ind w:left="1134" w:right="288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ME COLOCO DEBAIXO DO PODER DO ESPÍRITO SANTO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NA ESPERANÇA DO CUMPRIMENTO DESTA PALAVRA PROFÉTICA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TOMO POSICIONAMENTOS ESPIRITUAIS PARA VENCER AS MINHAS GUERRAS </w:t>
      </w:r>
    </w:p>
    <w:p>
      <w:pPr>
        <w:autoSpaceDN w:val="0"/>
        <w:autoSpaceDE w:val="0"/>
        <w:widowControl/>
        <w:spacing w:line="488" w:lineRule="exact" w:before="360" w:after="0"/>
        <w:ind w:left="1134" w:right="259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NÓS VAMOS SENHOR DECLARAR AGORA VITÓRIA SOBRE A VIDA DO TEU POVO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ESTAMOS ENTRANDO NESTE ANO QUE SE INICIA NA TUA PRESENÇA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52 SEMANAS EM QUE NÓS VAMOS CONSAGRAR ESTE ANO DE 2024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A NOSSA VITÓRIA ESTÁ NA ORAÇÃO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NO JEJUM E NA ADORAÇÃO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PORQUE CREMOS NUMA CASA FRUTÍFERA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DECLARAMOS.. </w:t>
      </w:r>
    </w:p>
    <w:p>
      <w:pPr>
        <w:autoSpaceDN w:val="0"/>
        <w:autoSpaceDE w:val="0"/>
        <w:widowControl/>
        <w:spacing w:line="488" w:lineRule="exact" w:before="0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2024 SERÁ UM ANO DE MILAGRES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LIBERAÇÕES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GRANDES CONQUISTAS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E A MINHA CASA NESTE ANO TEREMOS ALEGRIA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ASSUMO TAMBÉM O COMPROMISSO DE NÃO OLHAR APENAS PARA MIM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DE ME IMPORTAR COM AQUELES QUE O SENHOR SE IMPORTA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EM 2024 UMA NOVA HISTÓRIA COMEÇA A SER ESCRITA. </w:t>
      </w:r>
    </w:p>
    <w:p>
      <w:pPr>
        <w:autoSpaceDN w:val="0"/>
        <w:autoSpaceDE w:val="0"/>
        <w:widowControl/>
        <w:spacing w:line="488" w:lineRule="exact" w:before="2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PREPARE-SE PARA UM TEMPO DE SINAIS/PRODÍGIOS E GRANDES MILAGRES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NOSSOS 21 DIAS DE JEJUM JÁ COMEÇAM DIA 15/01/2024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SERÁ UM ANO DE ADORAR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CELEBRAR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FESTEJAR NA CASA DO SENHOR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CHEGA DE APATIA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NÓS QUEREMOS MAIS! </w:t>
      </w:r>
    </w:p>
    <w:p>
      <w:pPr>
        <w:autoSpaceDN w:val="0"/>
        <w:autoSpaceDE w:val="0"/>
        <w:widowControl/>
        <w:spacing w:line="488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EM 2024 NOSSAS EXPECTATIVAS SERÃO AUMENTADAS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ESTE ANO FOI RESERVADO PELO ESPÍRITO SANTO DE DEUS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SERÁ UM ANO DIFERENCIADO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TODA TIMIDEZ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TODA FALTA DE ENVOLVIMENTO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TODO CANSAÇO SERÃO TIRADOS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TRAZ AGORA SENHOR UMA MENTALIDADE DE FRUTIFICAÇÃO </w:t>
      </w:r>
    </w:p>
    <w:p>
      <w:pPr>
        <w:autoSpaceDN w:val="0"/>
        <w:autoSpaceDE w:val="0"/>
        <w:widowControl/>
        <w:spacing w:line="488" w:lineRule="exact" w:before="362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2024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ANO DE UMA REVOLUÇÃO ESPIRITUAL NA TUA VIDA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SINAIS/PRODÍGIOS E PODERES MIRACULOSOS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ANO DE ESTAR PRESENTE NA CASA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SITUAÇÕES COMEÇAM A SE REVERTER HOJE E PROSSEGUIRÃO NOS PRÓXIMOS 365 DIAS </w:t>
      </w:r>
    </w:p>
    <w:p>
      <w:pPr>
        <w:autoSpaceDN w:val="0"/>
        <w:tabs>
          <w:tab w:pos="5820" w:val="left"/>
        </w:tabs>
        <w:autoSpaceDE w:val="0"/>
        <w:widowControl/>
        <w:spacing w:line="352" w:lineRule="exact" w:before="498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2024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ANO DE SALVAÇÃO DE VIDAS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SALVAÇÃO NOS LARES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 COLHER OS FRUTOS </w:t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13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8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2024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SERÁ UM ANO QUE DEUS VAI DESMASCARAR AS OBRAS DE SATANÁS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UNGE AS NOSSAS VIDAS SENHOR/DERRAMA SOBRE NÓS ÓLEO FRESCO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DEBAIXO DESTA UNÇÃO QUEBRA AGORA TODO JUGO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TODO VÍNCULO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TODA AMARRA E CADEIA DE MALDIÇÃO QUE ANTES NOS PRENDIA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NÓS VIVEREMOS GRANDES E PODEROSOS LIVRAMENTOS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SUPERAÇÃO PESSOAL E ESPIRITUAL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AS PORTAS SERÃO ABERTAS EM TODAS AS ÁREAS </w:t>
      </w:r>
    </w:p>
    <w:p>
      <w:pPr>
        <w:autoSpaceDN w:val="0"/>
        <w:autoSpaceDE w:val="0"/>
        <w:widowControl/>
        <w:spacing w:line="488" w:lineRule="exact" w:before="360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TE CLAMAMOS AGORA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O VENTO FORTE/A TEMPESTADE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DOR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PERDA CHEGAR A ALGUMA CASA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DERRAMA AGORA GRAÇA PARA QUE PERMANEÇAM EM PÉ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AINDA QUE TUDO ESTEJA DIFÍCIL, A CASA FRUTÍFERA SERÁ EDIFICADA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ESTAREMOS FIRMADOS SOBRE A ROCHA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ENRAIZADOS NA TUA PRESENÇA </w:t>
      </w:r>
    </w:p>
    <w:p>
      <w:pPr>
        <w:autoSpaceDN w:val="0"/>
        <w:autoSpaceDE w:val="0"/>
        <w:widowControl/>
        <w:spacing w:line="488" w:lineRule="exact" w:before="360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SENHOR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ABENÇOA TAMBÉM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TRABALHO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AS EMPRESAS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OS PROFISSIONAIS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AUTÔNOMOS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ABRE PORTAS SOBRENATURAIS E TIRA TODO ATAQUE DE SATANÁS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TRAZ UMA MENTALIDADE EMPREENDEDORA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TRAZ CRIATIVIDADE NOS NEGÓCIOS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DERRAMA SABEDORIA PARA INVESTIR DE FORMA CORRETA </w:t>
      </w:r>
    </w:p>
    <w:p>
      <w:pPr>
        <w:autoSpaceDN w:val="0"/>
        <w:autoSpaceDE w:val="0"/>
        <w:widowControl/>
        <w:spacing w:line="446" w:lineRule="exact" w:before="40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ABENÇOA O NOSSO BRASIL SENHOR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NÓS NÃO PARAREMOS DE CLAMAR ATÉ QUE O TRONO DE JUSTIÇA VENHA À NOSSA TERRA E </w:t>
      </w:r>
      <w:r>
        <w:rPr>
          <w:rFonts w:ascii="" w:hAnsi="" w:eastAsia=""/>
          <w:b/>
          <w:i w:val="0"/>
          <w:color w:val="531B93"/>
          <w:sz w:val="22"/>
        </w:rPr>
        <w:t xml:space="preserve">O JUSTO GOVERNE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TRAZ UM NOVO TEMPO PARA NOSSA NAÇÃO </w:t>
      </w:r>
    </w:p>
    <w:p>
      <w:pPr>
        <w:autoSpaceDN w:val="0"/>
        <w:autoSpaceDE w:val="0"/>
        <w:widowControl/>
        <w:spacing w:line="488" w:lineRule="exact" w:before="360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CONSAGRAMOS ESTE ANO DE 2024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TODOS OS MINUTOS E SEGUNDOS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TODOS OS DIAS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FAZ DELE O MELHOR ANO DA HISTÓRIA DAS NOSSAS VIDAS</w:t>
      </w:r>
    </w:p>
    <w:p>
      <w:pPr>
        <w:autoSpaceDN w:val="0"/>
        <w:tabs>
          <w:tab w:pos="5820" w:val="left"/>
        </w:tabs>
        <w:autoSpaceDE w:val="0"/>
        <w:widowControl/>
        <w:spacing w:line="454" w:lineRule="exact" w:before="396" w:after="0"/>
        <w:ind w:left="1134" w:right="3456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ABRACE TUA FAMÍLIA AGORA E DECLARE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SENHOR! COBRE A MINHA FAMÍLIA COM O SANGUE DO CORDEIRO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TRAZ PROTEÇÃO SOBRENATURAL SOBRE AS NOSSAS CRIANÇAS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LIVRA SUAS MENTES DE UMA IDEOLOGIA CONTRÁRIA À TUA PALAVRA </w:t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14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8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CREIO QUE MINHA FAMÍLIA SERÁ ABENÇOADA COMO NUNCA ANTES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LÁGRIMAS DE TRISTEZA SENDO DEFINITIVAMENTE TIRADAS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FILHOS SERÃO RESGATADOS DAS DROGAS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MARIDOS SE RENDERÃO AO SENHOR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DEUS IRÁ TRAZER DIAS DE ALEGRIA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REALIZAÇÕES E SONHOS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RESTITUI SENHOR!!!</w:t>
      </w:r>
    </w:p>
    <w:p>
      <w:pPr>
        <w:autoSpaceDN w:val="0"/>
        <w:autoSpaceDE w:val="0"/>
        <w:widowControl/>
        <w:spacing w:line="488" w:lineRule="exact" w:before="2" w:after="0"/>
        <w:ind w:left="1134" w:right="273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SERÁ UM ANO COMPLETAMENTE DIFERENTE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52 SEMANAS ONDE CAMINHAREMOS POR FÉ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TEMPO DE CONFIAR QUE A BOA MÃO DO SENHOR NOS DARÁ BOM ÊXITO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TEMPO DE BENÇÃOS/ALEGRIA/REVERSÕES/SALVAÇÃO E MULTIPLICAÇÃO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TEMPO DE FRUTIFICAR PORQUE ESTAREMOS JUNTO AS ÁGUAS </w:t>
      </w:r>
    </w:p>
    <w:p>
      <w:pPr>
        <w:autoSpaceDN w:val="0"/>
        <w:autoSpaceDE w:val="0"/>
        <w:widowControl/>
        <w:spacing w:line="490" w:lineRule="exact" w:before="358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AGORA CLAME POR TEUS PEDIDOS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APRESENTE AO SENHOR AS TUAS CAUSAS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FAÇA UM COMPROMISSO NESTA NOITE DE ANDAR E FAZER A VONTADE DO SENHOR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FAÇA UM COMPROMISSO DE PERMANECER NELE QUANDO OS VENTOS CONTRÁRIOS VIEREM </w:t>
      </w:r>
    </w:p>
    <w:p>
      <w:pPr>
        <w:autoSpaceDN w:val="0"/>
        <w:autoSpaceDE w:val="0"/>
        <w:widowControl/>
        <w:spacing w:line="490" w:lineRule="exact" w:before="358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COMO PASTOR EU CLAMO AGORA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SENHOR! LEVANTA NESTA CASA CORAÇÕES DISPOSTOS A ABENÇOAR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HOMENS E MULHERES MOVIDOS PELO MESMO SENTIMENTO QUE MOVEU JESUS CRISTO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TEMPO DE SALVAÇÃO E MULTIPLICAÇÃO NAS CÉLULAS QUE AINDA NÃO VIVEMOS </w:t>
      </w:r>
    </w:p>
    <w:p>
      <w:pPr>
        <w:autoSpaceDN w:val="0"/>
        <w:autoSpaceDE w:val="0"/>
        <w:widowControl/>
        <w:spacing w:line="490" w:lineRule="exact" w:before="358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AGORA SENHOR QUANDO ESTAMOS ENTRANDO NESTE NOVO ANO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DERRAMA TUA NUVEM DE GLÓRIA SOBRE ESTE LUGAR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O INIMIGO SAIA EM RETIRADA AGORA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TODO CATIVEIRO SEJA DESFEITO </w:t>
      </w:r>
    </w:p>
    <w:p>
      <w:pPr>
        <w:autoSpaceDN w:val="0"/>
        <w:autoSpaceDE w:val="0"/>
        <w:widowControl/>
        <w:spacing w:line="488" w:lineRule="exact" w:before="360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 AGORA, EM NOME DE JESUS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ENCHE AGORA CADA CORAÇÃO COM A TUA PAZ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TIRA TODA ANSIEDADE EM RELAÇÃO A ESTE NOVO ANO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SABEMOS QUE A NOSSA VITÓRIA JÁ ESTÁ CONSOLIDADA  NO MUNDO ESPIRITUAL </w:t>
      </w:r>
    </w:p>
    <w:p>
      <w:pPr>
        <w:autoSpaceDN w:val="0"/>
        <w:autoSpaceDE w:val="0"/>
        <w:widowControl/>
        <w:spacing w:line="490" w:lineRule="exact" w:before="358" w:after="0"/>
        <w:ind w:left="1134" w:right="619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ESTAMOS FIRMADOS EM TUAS PROMESSAS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E, PORQUE ESTAMOS, DECLARAMOS </w:t>
      </w:r>
    </w:p>
    <w:p>
      <w:pPr>
        <w:autoSpaceDN w:val="0"/>
        <w:autoSpaceDE w:val="0"/>
        <w:widowControl/>
        <w:spacing w:line="280" w:lineRule="exact" w:before="43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15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24" w:lineRule="exact" w:before="96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VITALIDADE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ESTABILIDADE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PRODUTIVIDADE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PROSPERIDADE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/>
          <w:color w:val="FF2600"/>
          <w:sz w:val="22"/>
        </w:rPr>
        <w:t xml:space="preserve"> ANO EM QUE SEREMOS </w:t>
      </w:r>
      <w:r>
        <w:rPr>
          <w:rFonts w:ascii="" w:hAnsi="" w:eastAsia=""/>
          <w:b/>
          <w:i/>
          <w:color w:val="008F00"/>
          <w:sz w:val="22"/>
        </w:rPr>
        <w:t xml:space="preserve">COMO ÁRVORE PLANTADA JUNTO A UMA CORRENTE DE ÁGUAS, </w:t>
      </w:r>
      <w:r>
        <w:rPr>
          <w:rFonts w:ascii="" w:hAnsi="" w:eastAsia=""/>
          <w:b/>
          <w:i/>
          <w:color w:val="008F00"/>
          <w:sz w:val="22"/>
        </w:rPr>
        <w:t xml:space="preserve">QUE, NO DEVIDO TEMPO, DÁ O SEU FRUTO, E CUJA FOLHAGEM NÃO MURCHA; E TUDO O QUE </w:t>
      </w:r>
      <w:r>
        <w:rPr>
          <w:rFonts w:ascii="" w:hAnsi="" w:eastAsia=""/>
          <w:b/>
          <w:i/>
          <w:color w:val="008F00"/>
          <w:sz w:val="22"/>
        </w:rPr>
        <w:t xml:space="preserve">ELE FAZ SERÁ BEM-SUCEDIDO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FELIZ 2024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CASA FRUTÍFERA!!!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SE DEUS É POR NÓS, QUEM SERÁ CONTRA NÓS</w:t>
      </w:r>
    </w:p>
    <w:p>
      <w:pPr>
        <w:autoSpaceDN w:val="0"/>
        <w:autoSpaceDE w:val="0"/>
        <w:widowControl/>
        <w:spacing w:line="280" w:lineRule="exact" w:before="12136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16</w:t>
      </w:r>
    </w:p>
    <w:sectPr w:rsidR="00FC693F" w:rsidRPr="0006063C" w:rsidSect="00034616">
      <w:pgSz w:w="11906" w:h="16838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