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354" w:lineRule="exact" w:before="712" w:after="0"/>
        <w:ind w:left="0" w:right="718" w:firstLine="0"/>
        <w:jc w:val="right"/>
      </w:pPr>
      <w:r>
        <w:rPr>
          <w:rFonts w:ascii="" w:hAnsi="" w:eastAsia=""/>
          <w:b w:val="0"/>
          <w:i w:val="0"/>
          <w:color w:val="D99594"/>
          <w:sz w:val="32"/>
        </w:rPr>
        <w:t>Agosto, 2025</w:t>
      </w:r>
    </w:p>
    <w:p>
      <w:pPr>
        <w:autoSpaceDN w:val="0"/>
        <w:tabs>
          <w:tab w:pos="5094" w:val="left"/>
        </w:tabs>
        <w:autoSpaceDE w:val="0"/>
        <w:widowControl/>
        <w:spacing w:line="600" w:lineRule="exact" w:before="332" w:after="0"/>
        <w:ind w:left="1062" w:right="864" w:firstLine="0"/>
        <w:jc w:val="left"/>
      </w:pPr>
      <w:r>
        <w:rPr>
          <w:rFonts w:ascii="" w:hAnsi="" w:eastAsia=""/>
          <w:b w:val="0"/>
          <w:i w:val="0"/>
          <w:color w:val="D99594"/>
          <w:sz w:val="52"/>
        </w:rPr>
        <w:t xml:space="preserve">José do Egito: Os sonhos de Deus para nossas </w:t>
      </w:r>
      <w:r>
        <w:tab/>
      </w:r>
      <w:r>
        <w:rPr>
          <w:rFonts w:ascii="" w:hAnsi="" w:eastAsia=""/>
          <w:b w:val="0"/>
          <w:i w:val="0"/>
          <w:color w:val="D99594"/>
          <w:sz w:val="52"/>
        </w:rPr>
        <w:t>famílias</w:t>
      </w:r>
    </w:p>
    <w:p>
      <w:pPr>
        <w:autoSpaceDN w:val="0"/>
        <w:autoSpaceDE w:val="0"/>
        <w:widowControl/>
        <w:spacing w:line="402" w:lineRule="exact" w:before="736" w:after="0"/>
        <w:ind w:left="720" w:right="0" w:firstLine="0"/>
        <w:jc w:val="left"/>
      </w:pPr>
      <w:r>
        <w:rPr>
          <w:rFonts w:ascii="" w:hAnsi="" w:eastAsia=""/>
          <w:b/>
          <w:i/>
          <w:color w:val="000000"/>
          <w:sz w:val="36"/>
        </w:rPr>
        <w:t>Textos: Gn 37:19</w:t>
      </w:r>
    </w:p>
    <w:p>
      <w:pPr>
        <w:autoSpaceDN w:val="0"/>
        <w:autoSpaceDE w:val="0"/>
        <w:widowControl/>
        <w:spacing w:line="766" w:lineRule="exact" w:before="100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1)</w:t>
      </w:r>
      <w:r>
        <w:rPr>
          <w:rFonts w:ascii="" w:hAnsi="" w:eastAsia=""/>
          <w:b/>
          <w:i w:val="0"/>
          <w:color w:val="000000"/>
          <w:sz w:val="48"/>
        </w:rPr>
        <w:t xml:space="preserve">Introdução: Mês da Família </w:t>
      </w:r>
    </w:p>
    <w:p>
      <w:pPr>
        <w:autoSpaceDN w:val="0"/>
        <w:autoSpaceDE w:val="0"/>
        <w:widowControl/>
        <w:spacing w:line="528" w:lineRule="exact" w:before="618" w:after="0"/>
        <w:ind w:left="1286" w:right="720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Todos os anos nos propomos como Rede Zoe a separar </w:t>
      </w:r>
      <w:r>
        <w:rPr>
          <w:rFonts w:ascii="" w:hAnsi="" w:eastAsia=""/>
          <w:b w:val="0"/>
          <w:i w:val="0"/>
          <w:color w:val="000000"/>
          <w:sz w:val="40"/>
        </w:rPr>
        <w:t xml:space="preserve">um mês todo para enfatizar os valores bíblicos da </w:t>
      </w:r>
      <w:r>
        <w:rPr>
          <w:rFonts w:ascii="" w:hAnsi="" w:eastAsia=""/>
          <w:b w:val="0"/>
          <w:i w:val="0"/>
          <w:color w:val="000000"/>
          <w:sz w:val="40"/>
        </w:rPr>
        <w:t xml:space="preserve">família. Deus criou a família. Ele abençoou a família. </w:t>
      </w:r>
      <w:r>
        <w:rPr>
          <w:rFonts w:ascii="" w:hAnsi="" w:eastAsia=""/>
          <w:b w:val="0"/>
          <w:i w:val="0"/>
          <w:color w:val="000000"/>
          <w:sz w:val="40"/>
        </w:rPr>
        <w:t xml:space="preserve">Ele é um Bom Pai de uma grande Família. Cremos que </w:t>
      </w:r>
      <w:r>
        <w:rPr>
          <w:rFonts w:ascii="" w:hAnsi="" w:eastAsia=""/>
          <w:b w:val="0"/>
          <w:i w:val="0"/>
          <w:color w:val="000000"/>
          <w:sz w:val="40"/>
        </w:rPr>
        <w:t xml:space="preserve">a família é o meio pelo qual Deus escolheu se </w:t>
      </w:r>
      <w:r>
        <w:br/>
      </w:r>
      <w:r>
        <w:rPr>
          <w:rFonts w:ascii="" w:hAnsi="" w:eastAsia=""/>
          <w:b w:val="0"/>
          <w:i w:val="0"/>
          <w:color w:val="000000"/>
          <w:sz w:val="40"/>
        </w:rPr>
        <w:t xml:space="preserve">manifestar aqui na terra. Famílias que vivem os </w:t>
      </w:r>
      <w:r>
        <w:br/>
      </w:r>
      <w:r>
        <w:rPr>
          <w:rFonts w:ascii="" w:hAnsi="" w:eastAsia=""/>
          <w:b w:val="0"/>
          <w:i w:val="0"/>
          <w:color w:val="000000"/>
          <w:sz w:val="40"/>
        </w:rPr>
        <w:t>valores bíblicos manifestam a glória de Deus!</w:t>
      </w:r>
    </w:p>
    <w:p>
      <w:pPr>
        <w:autoSpaceDN w:val="0"/>
        <w:autoSpaceDE w:val="0"/>
        <w:widowControl/>
        <w:spacing w:line="530" w:lineRule="exact" w:before="528" w:after="0"/>
        <w:ind w:left="1286" w:right="576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A promessa de Deus para Abraão era sobre família e </w:t>
      </w:r>
      <w:r>
        <w:rPr>
          <w:rFonts w:ascii="" w:hAnsi="" w:eastAsia=""/>
          <w:b/>
          <w:i w:val="0"/>
          <w:color w:val="000000"/>
          <w:sz w:val="40"/>
        </w:rPr>
        <w:t xml:space="preserve">isto não mudou: </w:t>
      </w:r>
      <w:r>
        <w:rPr>
          <w:rFonts w:ascii="" w:hAnsi="" w:eastAsia=""/>
          <w:b w:val="0"/>
          <w:i/>
          <w:color w:val="9A403E"/>
          <w:sz w:val="40"/>
        </w:rPr>
        <w:t xml:space="preserve">E abençoarei os que te abençoarem, </w:t>
      </w:r>
      <w:r>
        <w:rPr>
          <w:rFonts w:ascii="" w:hAnsi="" w:eastAsia=""/>
          <w:b w:val="0"/>
          <w:i/>
          <w:color w:val="9A403E"/>
          <w:sz w:val="40"/>
        </w:rPr>
        <w:t xml:space="preserve">e amaldiçoarei os que te amaldiçoarem; e em ti serão </w:t>
      </w:r>
      <w:r>
        <w:rPr>
          <w:rFonts w:ascii="" w:hAnsi="" w:eastAsia=""/>
          <w:b w:val="0"/>
          <w:i/>
          <w:color w:val="9A403E"/>
          <w:sz w:val="40"/>
        </w:rPr>
        <w:t>benditas todas as famílias da terra. Gênesis 12:3</w:t>
      </w:r>
    </w:p>
    <w:p>
      <w:pPr>
        <w:autoSpaceDN w:val="0"/>
        <w:autoSpaceDE w:val="0"/>
        <w:widowControl/>
        <w:spacing w:line="528" w:lineRule="exact" w:before="530" w:after="0"/>
        <w:ind w:left="1286" w:right="576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Esta promessa se estende sobre todos nós hoje 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através de Cristo: </w:t>
      </w:r>
      <w:r>
        <w:rPr>
          <w:rFonts w:ascii="" w:hAnsi="" w:eastAsia=""/>
          <w:b w:val="0"/>
          <w:i/>
          <w:color w:val="9A403E"/>
          <w:sz w:val="40"/>
        </w:rPr>
        <w:t xml:space="preserve">Porque todas quantas promessas há </w:t>
      </w:r>
      <w:r>
        <w:rPr>
          <w:rFonts w:ascii="" w:hAnsi="" w:eastAsia=""/>
          <w:b w:val="0"/>
          <w:i/>
          <w:color w:val="9A403E"/>
          <w:sz w:val="40"/>
        </w:rPr>
        <w:t xml:space="preserve">de Deus, são nele sim, e por ele o Amém, para glória </w:t>
      </w:r>
      <w:r>
        <w:rPr>
          <w:rFonts w:ascii="" w:hAnsi="" w:eastAsia=""/>
          <w:b w:val="0"/>
          <w:i/>
          <w:color w:val="9A403E"/>
          <w:sz w:val="40"/>
        </w:rPr>
        <w:t>de Deus por nós. 2 Coríntios 1:20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836" w:lineRule="exact" w:before="49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2)</w:t>
      </w:r>
      <w:r>
        <w:rPr>
          <w:rFonts w:ascii="" w:hAnsi="" w:eastAsia=""/>
          <w:b/>
          <w:i w:val="0"/>
          <w:color w:val="000000"/>
          <w:sz w:val="48"/>
        </w:rPr>
        <w:t xml:space="preserve"> Tema e Série: </w:t>
      </w:r>
    </w:p>
    <w:p>
      <w:pPr>
        <w:autoSpaceDN w:val="0"/>
        <w:autoSpaceDE w:val="0"/>
        <w:widowControl/>
        <w:spacing w:line="528" w:lineRule="exact" w:before="1250" w:after="0"/>
        <w:ind w:left="1286" w:right="1440" w:firstLine="0"/>
        <w:jc w:val="left"/>
      </w:pPr>
      <w:r>
        <w:rPr>
          <w:rFonts w:ascii="" w:hAnsi="" w:eastAsia=""/>
          <w:b/>
          <w:i w:val="0"/>
          <w:color w:val="3C8A9E"/>
          <w:sz w:val="40"/>
        </w:rPr>
        <w:t xml:space="preserve">Nosso tema para este mês será: Frutificando em </w:t>
      </w:r>
      <w:r>
        <w:rPr>
          <w:rFonts w:ascii="" w:hAnsi="" w:eastAsia=""/>
          <w:b/>
          <w:i w:val="0"/>
          <w:color w:val="3C8A9E"/>
          <w:sz w:val="40"/>
        </w:rPr>
        <w:t xml:space="preserve">Família! </w:t>
      </w:r>
    </w:p>
    <w:p>
      <w:pPr>
        <w:autoSpaceDN w:val="0"/>
        <w:autoSpaceDE w:val="0"/>
        <w:widowControl/>
        <w:spacing w:line="528" w:lineRule="exact" w:before="646" w:after="0"/>
        <w:ind w:left="1286" w:right="1440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Durante este mês teremos uma nova série de </w:t>
      </w:r>
      <w:r>
        <w:rPr>
          <w:rFonts w:ascii="" w:hAnsi="" w:eastAsia=""/>
          <w:b w:val="0"/>
          <w:i w:val="0"/>
          <w:color w:val="000000"/>
          <w:sz w:val="40"/>
        </w:rPr>
        <w:t xml:space="preserve">mensagens. Nosso personagem será José do Egito. </w:t>
      </w:r>
    </w:p>
    <w:p>
      <w:pPr>
        <w:autoSpaceDN w:val="0"/>
        <w:autoSpaceDE w:val="0"/>
        <w:widowControl/>
        <w:spacing w:line="528" w:lineRule="exact" w:before="2" w:after="0"/>
        <w:ind w:left="1286" w:right="864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Uma das razões de escolhermos José como </w:t>
      </w:r>
      <w:r>
        <w:br/>
      </w:r>
      <w:r>
        <w:rPr>
          <w:rFonts w:ascii="" w:hAnsi="" w:eastAsia=""/>
          <w:b w:val="0"/>
          <w:i w:val="0"/>
          <w:color w:val="000000"/>
          <w:sz w:val="40"/>
        </w:rPr>
        <w:t xml:space="preserve">personagem desta nova série é uma declaração que a </w:t>
      </w:r>
    </w:p>
    <w:p>
      <w:pPr>
        <w:autoSpaceDN w:val="0"/>
        <w:autoSpaceDE w:val="0"/>
        <w:widowControl/>
        <w:spacing w:line="464" w:lineRule="exact" w:before="148" w:after="0"/>
        <w:ind w:left="1286" w:right="0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>Bíblia faz sobre ele:</w:t>
      </w:r>
    </w:p>
    <w:p>
      <w:pPr>
        <w:autoSpaceDN w:val="0"/>
        <w:autoSpaceDE w:val="0"/>
        <w:widowControl/>
        <w:spacing w:line="528" w:lineRule="exact" w:before="678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José é um ramo frutífero, ramo frutífero junto à </w:t>
      </w:r>
      <w:r>
        <w:rPr>
          <w:rFonts w:ascii="" w:hAnsi="" w:eastAsia=""/>
          <w:b w:val="0"/>
          <w:i/>
          <w:color w:val="9A403E"/>
          <w:sz w:val="40"/>
        </w:rPr>
        <w:t xml:space="preserve">fonte; seus ramos correm sobre o muro. Gênesis 49:22 </w:t>
      </w:r>
    </w:p>
    <w:p>
      <w:pPr>
        <w:autoSpaceDN w:val="0"/>
        <w:autoSpaceDE w:val="0"/>
        <w:widowControl/>
        <w:spacing w:line="528" w:lineRule="exact" w:before="1060" w:after="0"/>
        <w:ind w:left="1286" w:right="720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Apesar de todas as lutas que ele viveu em sua família, </w:t>
      </w:r>
      <w:r>
        <w:rPr>
          <w:rFonts w:ascii="" w:hAnsi="" w:eastAsia=""/>
          <w:b w:val="0"/>
          <w:i w:val="0"/>
          <w:color w:val="000000"/>
          <w:sz w:val="40"/>
        </w:rPr>
        <w:t xml:space="preserve">ele continuava sendo um ramo frutífero! Nada mudou </w:t>
      </w:r>
      <w:r>
        <w:rPr>
          <w:rFonts w:ascii="" w:hAnsi="" w:eastAsia=""/>
          <w:b w:val="0"/>
          <w:i w:val="0"/>
          <w:color w:val="000000"/>
          <w:sz w:val="40"/>
        </w:rPr>
        <w:t xml:space="preserve">isto em José. </w:t>
      </w:r>
    </w:p>
    <w:p>
      <w:pPr>
        <w:autoSpaceDN w:val="0"/>
        <w:autoSpaceDE w:val="0"/>
        <w:widowControl/>
        <w:spacing w:line="530" w:lineRule="exact" w:before="1586" w:after="0"/>
        <w:ind w:left="1286" w:right="864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&gt; Semana passada aprendemos que a Família 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Idealizada não existe e decidimos ir em busca de </w:t>
      </w:r>
      <w:r>
        <w:rPr>
          <w:rFonts w:ascii="" w:hAnsi="" w:eastAsia=""/>
          <w:b/>
          <w:i w:val="0"/>
          <w:color w:val="000000"/>
          <w:sz w:val="40"/>
        </w:rPr>
        <w:t xml:space="preserve">uma família abençoada. Repita comigo: Eu não </w:t>
      </w:r>
      <w:r>
        <w:rPr>
          <w:rFonts w:ascii="" w:hAnsi="" w:eastAsia=""/>
          <w:b/>
          <w:i w:val="0"/>
          <w:color w:val="000000"/>
          <w:sz w:val="40"/>
        </w:rPr>
        <w:t xml:space="preserve">tenho uma família perfeita, mas eu tenho em Deus </w:t>
      </w:r>
      <w:r>
        <w:rPr>
          <w:rFonts w:ascii="" w:hAnsi="" w:eastAsia=""/>
          <w:b/>
          <w:i w:val="0"/>
          <w:color w:val="000000"/>
          <w:sz w:val="40"/>
        </w:rPr>
        <w:t>uma família abençoada!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tabs>
          <w:tab w:pos="1286" w:val="left"/>
        </w:tabs>
        <w:autoSpaceDE w:val="0"/>
        <w:widowControl/>
        <w:spacing w:line="590" w:lineRule="exact" w:before="744" w:after="0"/>
        <w:ind w:left="926" w:right="1008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3)</w:t>
      </w:r>
      <w:r>
        <w:rPr>
          <w:rFonts w:ascii="" w:hAnsi="" w:eastAsia=""/>
          <w:b/>
          <w:i w:val="0"/>
          <w:color w:val="000000"/>
          <w:sz w:val="48"/>
        </w:rPr>
        <w:t xml:space="preserve"> Segunda mensagem: Os Sonhos de Deus </w:t>
      </w:r>
      <w:r>
        <w:tab/>
      </w:r>
      <w:r>
        <w:rPr>
          <w:rFonts w:ascii="" w:hAnsi="" w:eastAsia=""/>
          <w:b/>
          <w:i w:val="0"/>
          <w:color w:val="000000"/>
          <w:sz w:val="48"/>
        </w:rPr>
        <w:t xml:space="preserve">para nossas famílias! </w:t>
      </w:r>
    </w:p>
    <w:p>
      <w:pPr>
        <w:autoSpaceDN w:val="0"/>
        <w:autoSpaceDE w:val="0"/>
        <w:widowControl/>
        <w:spacing w:line="464" w:lineRule="exact" w:before="136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E disseram um ao outro: Eis lá vem o sonhador-mor! </w:t>
      </w:r>
    </w:p>
    <w:p>
      <w:pPr>
        <w:autoSpaceDN w:val="0"/>
        <w:autoSpaceDE w:val="0"/>
        <w:widowControl/>
        <w:spacing w:line="464" w:lineRule="exact" w:before="11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>Gênesis 37:19</w:t>
      </w:r>
    </w:p>
    <w:p>
      <w:pPr>
        <w:autoSpaceDN w:val="0"/>
        <w:autoSpaceDE w:val="0"/>
        <w:widowControl/>
        <w:spacing w:line="510" w:lineRule="exact" w:before="1292" w:after="0"/>
        <w:ind w:left="1286" w:right="0" w:firstLine="0"/>
        <w:jc w:val="left"/>
      </w:pPr>
      <w:r>
        <w:rPr>
          <w:rFonts w:ascii="" w:hAnsi="" w:eastAsia=""/>
          <w:b/>
          <w:i w:val="0"/>
          <w:color w:val="3F6797"/>
          <w:sz w:val="44"/>
        </w:rPr>
        <w:t xml:space="preserve">&gt; José era um sonhador! Seus irmão chegaram </w:t>
      </w:r>
    </w:p>
    <w:p>
      <w:pPr>
        <w:autoSpaceDN w:val="0"/>
        <w:autoSpaceDE w:val="0"/>
        <w:widowControl/>
        <w:spacing w:line="510" w:lineRule="exact" w:before="88" w:after="0"/>
        <w:ind w:left="0" w:right="0" w:firstLine="0"/>
        <w:jc w:val="center"/>
      </w:pPr>
      <w:r>
        <w:rPr>
          <w:rFonts w:ascii="" w:hAnsi="" w:eastAsia=""/>
          <w:b/>
          <w:i w:val="0"/>
          <w:color w:val="3F6797"/>
          <w:sz w:val="44"/>
        </w:rPr>
        <w:t xml:space="preserve">a apelidar ele de “Sonhador” ou “Mestre dos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/>
          <w:i w:val="0"/>
          <w:color w:val="3F6797"/>
          <w:sz w:val="44"/>
        </w:rPr>
        <w:t xml:space="preserve">Sonhos”. E você é um sonhador? 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Frase de Myles Munroe, pastor natural de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Bahamas que faleceu em 2014: </w:t>
      </w:r>
    </w:p>
    <w:p>
      <w:pPr>
        <w:autoSpaceDN w:val="0"/>
        <w:autoSpaceDE w:val="0"/>
        <w:widowControl/>
        <w:spacing w:line="530" w:lineRule="exact" w:before="606" w:after="0"/>
        <w:ind w:left="1286" w:right="72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Myles Munroe disse que o cemitério é o lugar mais </w:t>
      </w:r>
      <w:r>
        <w:rPr>
          <w:rFonts w:ascii="" w:hAnsi="" w:eastAsia=""/>
          <w:b w:val="0"/>
          <w:i/>
          <w:color w:val="000000"/>
          <w:sz w:val="40"/>
        </w:rPr>
        <w:t xml:space="preserve">rico do mundo, porque lá estão os sonhos não </w:t>
      </w:r>
      <w:r>
        <w:br/>
      </w:r>
      <w:r>
        <w:rPr>
          <w:rFonts w:ascii="" w:hAnsi="" w:eastAsia=""/>
          <w:b w:val="0"/>
          <w:i/>
          <w:color w:val="000000"/>
          <w:sz w:val="40"/>
        </w:rPr>
        <w:t xml:space="preserve">realizados, os livros nunca escritos, as canções jamais </w:t>
      </w:r>
      <w:r>
        <w:rPr>
          <w:rFonts w:ascii="" w:hAnsi="" w:eastAsia=""/>
          <w:b w:val="0"/>
          <w:i/>
          <w:color w:val="000000"/>
          <w:sz w:val="40"/>
        </w:rPr>
        <w:t xml:space="preserve">cantadas. Ele dizia: quantos sonhos incríveis ficam </w:t>
      </w:r>
      <w:r>
        <w:rPr>
          <w:rFonts w:ascii="" w:hAnsi="" w:eastAsia=""/>
          <w:b w:val="0"/>
          <w:i/>
          <w:color w:val="000000"/>
          <w:sz w:val="40"/>
        </w:rPr>
        <w:t xml:space="preserve">apenas no pensamento ou desistimos deles esperando </w:t>
      </w:r>
      <w:r>
        <w:rPr>
          <w:rFonts w:ascii="" w:hAnsi="" w:eastAsia=""/>
          <w:b w:val="0"/>
          <w:i/>
          <w:color w:val="000000"/>
          <w:sz w:val="40"/>
        </w:rPr>
        <w:t xml:space="preserve">o momento perfeito. A verdade é que o perfeito não </w:t>
      </w:r>
      <w:r>
        <w:rPr>
          <w:rFonts w:ascii="" w:hAnsi="" w:eastAsia=""/>
          <w:b w:val="0"/>
          <w:i/>
          <w:color w:val="000000"/>
          <w:sz w:val="40"/>
        </w:rPr>
        <w:t xml:space="preserve">existe. A vida acontece agora, no imperfeito. E cada </w:t>
      </w:r>
      <w:r>
        <w:rPr>
          <w:rFonts w:ascii="" w:hAnsi="" w:eastAsia=""/>
          <w:b w:val="0"/>
          <w:i/>
          <w:color w:val="000000"/>
          <w:sz w:val="40"/>
        </w:rPr>
        <w:t xml:space="preserve">pequeno passo que damos é uma escolha para não </w:t>
      </w:r>
    </w:p>
    <w:p>
      <w:pPr>
        <w:autoSpaceDN w:val="0"/>
        <w:autoSpaceDE w:val="0"/>
        <w:widowControl/>
        <w:spacing w:line="464" w:lineRule="exact" w:before="116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>deixar enterrar nossos sonhos.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98" w:lineRule="exact" w:before="642" w:after="0"/>
        <w:ind w:left="1286" w:right="1296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Quais são os seus sonhos em relação a sua </w:t>
      </w:r>
      <w:r>
        <w:rPr>
          <w:rFonts w:ascii="" w:hAnsi="" w:eastAsia=""/>
          <w:b/>
          <w:i w:val="0"/>
          <w:color w:val="000000"/>
          <w:sz w:val="44"/>
        </w:rPr>
        <w:t xml:space="preserve">família? </w:t>
      </w:r>
    </w:p>
    <w:p>
      <w:pPr>
        <w:autoSpaceDN w:val="0"/>
        <w:autoSpaceDE w:val="0"/>
        <w:widowControl/>
        <w:spacing w:line="598" w:lineRule="exact" w:before="598" w:after="0"/>
        <w:ind w:left="1286" w:right="1152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Quais são os sonhos que você já desistiu de </w:t>
      </w:r>
      <w:r>
        <w:rPr>
          <w:rFonts w:ascii="" w:hAnsi="" w:eastAsia=""/>
          <w:b/>
          <w:i w:val="0"/>
          <w:color w:val="000000"/>
          <w:sz w:val="44"/>
        </w:rPr>
        <w:t xml:space="preserve">viver em família? </w:t>
      </w:r>
    </w:p>
    <w:p>
      <w:pPr>
        <w:autoSpaceDN w:val="0"/>
        <w:autoSpaceDE w:val="0"/>
        <w:widowControl/>
        <w:spacing w:line="598" w:lineRule="exact" w:before="598" w:after="0"/>
        <w:ind w:left="1286" w:right="1008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Semana passada insistimos que a família </w:t>
      </w:r>
      <w:r>
        <w:rPr>
          <w:rFonts w:ascii="" w:hAnsi="" w:eastAsia=""/>
          <w:b/>
          <w:i w:val="0"/>
          <w:color w:val="000000"/>
          <w:sz w:val="44"/>
        </w:rPr>
        <w:t xml:space="preserve">Perfeita não existe, mas a Abençoada existe e </w:t>
      </w:r>
      <w:r>
        <w:rPr>
          <w:rFonts w:ascii="" w:hAnsi="" w:eastAsia=""/>
          <w:b/>
          <w:i w:val="0"/>
          <w:color w:val="000000"/>
          <w:sz w:val="44"/>
        </w:rPr>
        <w:t xml:space="preserve">podemos sonhar com ela! </w:t>
      </w:r>
    </w:p>
    <w:p>
      <w:pPr>
        <w:autoSpaceDN w:val="0"/>
        <w:autoSpaceDE w:val="0"/>
        <w:widowControl/>
        <w:spacing w:line="836" w:lineRule="exact" w:before="129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4)</w:t>
      </w:r>
      <w:r>
        <w:rPr>
          <w:rFonts w:ascii="" w:hAnsi="" w:eastAsia=""/>
          <w:b/>
          <w:i w:val="0"/>
          <w:color w:val="000000"/>
          <w:sz w:val="48"/>
        </w:rPr>
        <w:t xml:space="preserve"> José era mesmo um Sonhador: </w:t>
      </w:r>
    </w:p>
    <w:p>
      <w:pPr>
        <w:autoSpaceDN w:val="0"/>
        <w:autoSpaceDE w:val="0"/>
        <w:widowControl/>
        <w:spacing w:line="600" w:lineRule="exact" w:before="1278" w:after="0"/>
        <w:ind w:left="1286" w:right="1152" w:firstLine="0"/>
        <w:jc w:val="left"/>
      </w:pPr>
      <w:r>
        <w:rPr>
          <w:rFonts w:ascii="" w:hAnsi="" w:eastAsia=""/>
          <w:b/>
          <w:i w:val="0"/>
          <w:color w:val="000000"/>
          <w:sz w:val="48"/>
        </w:rPr>
        <w:t xml:space="preserve">&gt; </w:t>
      </w:r>
      <w:r>
        <w:rPr>
          <w:rFonts w:ascii="" w:hAnsi="" w:eastAsia=""/>
          <w:b w:val="0"/>
          <w:i w:val="0"/>
          <w:color w:val="000000"/>
          <w:sz w:val="44"/>
        </w:rPr>
        <w:t xml:space="preserve">Seus irmãos tinham razão de chama-lo desta </w:t>
      </w:r>
      <w:r>
        <w:rPr>
          <w:rFonts w:ascii="" w:hAnsi="" w:eastAsia=""/>
          <w:b w:val="0"/>
          <w:i w:val="0"/>
          <w:color w:val="000000"/>
          <w:sz w:val="44"/>
        </w:rPr>
        <w:t xml:space="preserve">forma. Por onde José passou todos sabiam sua </w:t>
      </w:r>
      <w:r>
        <w:rPr>
          <w:rFonts w:ascii="" w:hAnsi="" w:eastAsia=""/>
          <w:b w:val="0"/>
          <w:i w:val="0"/>
          <w:color w:val="000000"/>
          <w:sz w:val="44"/>
        </w:rPr>
        <w:t xml:space="preserve">relação com os sonhos. </w:t>
      </w:r>
    </w:p>
    <w:p>
      <w:pPr>
        <w:autoSpaceDN w:val="0"/>
        <w:autoSpaceDE w:val="0"/>
        <w:widowControl/>
        <w:spacing w:line="598" w:lineRule="exact" w:before="598" w:after="0"/>
        <w:ind w:left="1286" w:right="864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>&gt;</w:t>
      </w:r>
      <w:r>
        <w:rPr>
          <w:rFonts w:ascii="" w:hAnsi="" w:eastAsia=""/>
          <w:b w:val="0"/>
          <w:i w:val="0"/>
          <w:color w:val="000000"/>
          <w:sz w:val="44"/>
        </w:rPr>
        <w:t xml:space="preserve"> José sonhava, interpretava sonhos, dava </w:t>
      </w:r>
      <w:r>
        <w:br/>
      </w:r>
      <w:r>
        <w:rPr>
          <w:rFonts w:ascii="" w:hAnsi="" w:eastAsia=""/>
          <w:b w:val="0"/>
          <w:i w:val="0"/>
          <w:color w:val="000000"/>
          <w:sz w:val="44"/>
        </w:rPr>
        <w:t xml:space="preserve">significado e sentido aos sonhos. Quem estava </w:t>
      </w:r>
      <w:r>
        <w:rPr>
          <w:rFonts w:ascii="" w:hAnsi="" w:eastAsia=""/>
          <w:b w:val="0"/>
          <w:i w:val="0"/>
          <w:color w:val="000000"/>
          <w:sz w:val="44"/>
        </w:rPr>
        <w:t xml:space="preserve">perto dele sonhava. Ele se posicionava em </w:t>
      </w:r>
      <w:r>
        <w:br/>
      </w:r>
      <w:r>
        <w:rPr>
          <w:rFonts w:ascii="" w:hAnsi="" w:eastAsia=""/>
          <w:b w:val="0"/>
          <w:i w:val="0"/>
          <w:color w:val="000000"/>
          <w:sz w:val="44"/>
        </w:rPr>
        <w:t xml:space="preserve">relação aos sonhos e viu o Senhor cumprir aquilo </w:t>
      </w:r>
      <w:r>
        <w:rPr>
          <w:rFonts w:ascii="" w:hAnsi="" w:eastAsia=""/>
          <w:b w:val="0"/>
          <w:i w:val="0"/>
          <w:color w:val="000000"/>
          <w:sz w:val="44"/>
        </w:rPr>
        <w:t xml:space="preserve">que em sonho ele viu.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98" w:lineRule="exact" w:before="642" w:after="0"/>
        <w:ind w:left="1286" w:right="1584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Chama minha atenção Deus definir como </w:t>
      </w:r>
      <w:r>
        <w:rPr>
          <w:rFonts w:ascii="" w:hAnsi="" w:eastAsia=""/>
          <w:b/>
          <w:i w:val="0"/>
          <w:color w:val="000000"/>
          <w:sz w:val="44"/>
        </w:rPr>
        <w:t xml:space="preserve">Frutífero um homem sonhador. </w:t>
      </w:r>
    </w:p>
    <w:p>
      <w:pPr>
        <w:autoSpaceDN w:val="0"/>
        <w:autoSpaceDE w:val="0"/>
        <w:widowControl/>
        <w:spacing w:line="598" w:lineRule="exact" w:before="598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José é um ramo frutífero, ramo frutífero junto à </w:t>
      </w:r>
      <w:r>
        <w:rPr>
          <w:rFonts w:ascii="" w:hAnsi="" w:eastAsia=""/>
          <w:b w:val="0"/>
          <w:i/>
          <w:color w:val="9A403E"/>
          <w:sz w:val="44"/>
        </w:rPr>
        <w:t xml:space="preserve">fonte; seus ramos correm sobre o muro. Gênesis </w:t>
      </w:r>
      <w:r>
        <w:rPr>
          <w:rFonts w:ascii="" w:hAnsi="" w:eastAsia=""/>
          <w:b w:val="0"/>
          <w:i/>
          <w:color w:val="9A403E"/>
          <w:sz w:val="44"/>
        </w:rPr>
        <w:t xml:space="preserve">49:22 </w:t>
      </w:r>
    </w:p>
    <w:p>
      <w:pPr>
        <w:autoSpaceDN w:val="0"/>
        <w:autoSpaceDE w:val="0"/>
        <w:widowControl/>
        <w:spacing w:line="598" w:lineRule="exact" w:before="598" w:after="0"/>
        <w:ind w:left="1286" w:right="1008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Gente frutífera sonha, pessoas que estão </w:t>
      </w:r>
      <w:r>
        <w:br/>
      </w:r>
      <w:r>
        <w:rPr>
          <w:rFonts w:ascii="" w:hAnsi="" w:eastAsia=""/>
          <w:b w:val="0"/>
          <w:i w:val="0"/>
          <w:color w:val="000000"/>
          <w:sz w:val="44"/>
        </w:rPr>
        <w:t xml:space="preserve">frutificando não deixaram de sonhar mesmo em </w:t>
      </w:r>
    </w:p>
    <w:p>
      <w:pPr>
        <w:autoSpaceDN w:val="0"/>
        <w:autoSpaceDE w:val="0"/>
        <w:widowControl/>
        <w:spacing w:line="512" w:lineRule="exact" w:before="118" w:after="0"/>
        <w:ind w:left="1286" w:right="0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meio as crises da vida. </w:t>
      </w:r>
    </w:p>
    <w:p>
      <w:pPr>
        <w:autoSpaceDN w:val="0"/>
        <w:autoSpaceDE w:val="0"/>
        <w:widowControl/>
        <w:spacing w:line="598" w:lineRule="exact" w:before="658" w:after="0"/>
        <w:ind w:left="1286" w:right="1296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Eu acredito mesmo que para Frutificarmos </w:t>
      </w:r>
      <w:r>
        <w:rPr>
          <w:rFonts w:ascii="" w:hAnsi="" w:eastAsia=""/>
          <w:b/>
          <w:i w:val="0"/>
          <w:color w:val="000000"/>
          <w:sz w:val="44"/>
        </w:rPr>
        <w:t xml:space="preserve">em família teremos que voltar a sonhar. </w:t>
      </w:r>
    </w:p>
    <w:p>
      <w:pPr>
        <w:autoSpaceDN w:val="0"/>
        <w:autoSpaceDE w:val="0"/>
        <w:widowControl/>
        <w:spacing w:line="836" w:lineRule="exact" w:before="134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5)</w:t>
      </w:r>
      <w:r>
        <w:rPr>
          <w:rFonts w:ascii="" w:hAnsi="" w:eastAsia=""/>
          <w:b/>
          <w:i w:val="0"/>
          <w:color w:val="000000"/>
          <w:sz w:val="48"/>
        </w:rPr>
        <w:t xml:space="preserve"> Deus tem sonhos para nossas famílias: </w:t>
      </w:r>
    </w:p>
    <w:p>
      <w:pPr>
        <w:autoSpaceDN w:val="0"/>
        <w:autoSpaceDE w:val="0"/>
        <w:widowControl/>
        <w:spacing w:line="532" w:lineRule="exact" w:before="662" w:after="0"/>
        <w:ind w:left="1286" w:right="576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Ele escreveu todos os nossos dias: </w:t>
      </w:r>
      <w:r>
        <w:rPr>
          <w:rFonts w:ascii="" w:hAnsi="" w:eastAsia=""/>
          <w:b w:val="0"/>
          <w:i/>
          <w:color w:val="9A403E"/>
          <w:sz w:val="40"/>
        </w:rPr>
        <w:t xml:space="preserve">Os teus </w:t>
      </w:r>
      <w:r>
        <w:rPr>
          <w:rFonts w:ascii="" w:hAnsi="" w:eastAsia=""/>
          <w:b w:val="0"/>
          <w:i/>
          <w:color w:val="9A403E"/>
          <w:sz w:val="40"/>
        </w:rPr>
        <w:t xml:space="preserve">olhos viram o meu corpo ainda informe; e no teu livro </w:t>
      </w:r>
      <w:r>
        <w:rPr>
          <w:rFonts w:ascii="" w:hAnsi="" w:eastAsia=""/>
          <w:b w:val="0"/>
          <w:i/>
          <w:color w:val="9A403E"/>
          <w:sz w:val="40"/>
        </w:rPr>
        <w:t xml:space="preserve">todas estas coisas foram escritas; as quais em </w:t>
      </w:r>
      <w:r>
        <w:br/>
      </w:r>
      <w:r>
        <w:rPr>
          <w:rFonts w:ascii="" w:hAnsi="" w:eastAsia=""/>
          <w:b w:val="0"/>
          <w:i/>
          <w:color w:val="9A403E"/>
          <w:sz w:val="40"/>
        </w:rPr>
        <w:t xml:space="preserve">continuação foram formadas, quando nem ainda uma </w:t>
      </w:r>
    </w:p>
    <w:p>
      <w:pPr>
        <w:autoSpaceDN w:val="0"/>
        <w:autoSpaceDE w:val="0"/>
        <w:widowControl/>
        <w:spacing w:line="464" w:lineRule="exact" w:before="11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>delas havia. Salmos 139:16</w:t>
      </w:r>
    </w:p>
    <w:p>
      <w:pPr>
        <w:autoSpaceDN w:val="0"/>
        <w:autoSpaceDE w:val="0"/>
        <w:widowControl/>
        <w:spacing w:line="598" w:lineRule="exact" w:before="606" w:after="0"/>
        <w:ind w:left="1286" w:right="1008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Deus não gastou tempo escrevendo coisas ruins </w:t>
      </w:r>
      <w:r>
        <w:rPr>
          <w:rFonts w:ascii="" w:hAnsi="" w:eastAsia=""/>
          <w:b w:val="0"/>
          <w:i/>
          <w:color w:val="000000"/>
          <w:sz w:val="44"/>
        </w:rPr>
        <w:t xml:space="preserve">sobre nós e nossas famílias…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10" w:lineRule="exact" w:before="730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Ele é um autor maravilhoso, observe as histórias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bíblicas. </w:t>
      </w:r>
    </w:p>
    <w:p>
      <w:pPr>
        <w:autoSpaceDN w:val="0"/>
        <w:autoSpaceDE w:val="0"/>
        <w:widowControl/>
        <w:spacing w:line="510" w:lineRule="exact" w:before="686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Ele tem planos poderosos sobre nós: </w:t>
      </w:r>
    </w:p>
    <w:p>
      <w:pPr>
        <w:autoSpaceDN w:val="0"/>
        <w:autoSpaceDE w:val="0"/>
        <w:widowControl/>
        <w:spacing w:line="528" w:lineRule="exact" w:before="608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Porque eu bem sei os pensamentos que tenho a vosso </w:t>
      </w:r>
      <w:r>
        <w:rPr>
          <w:rFonts w:ascii="" w:hAnsi="" w:eastAsia=""/>
          <w:b w:val="0"/>
          <w:i/>
          <w:color w:val="9A403E"/>
          <w:sz w:val="40"/>
        </w:rPr>
        <w:t xml:space="preserve">respeito, diz o Senhor; pensamentos de paz, e não de </w:t>
      </w:r>
      <w:r>
        <w:rPr>
          <w:rFonts w:ascii="" w:hAnsi="" w:eastAsia=""/>
          <w:b w:val="0"/>
          <w:i/>
          <w:color w:val="9A403E"/>
          <w:sz w:val="40"/>
        </w:rPr>
        <w:t>mal, para vos dar o fim que esperais. Jeremias 29:11</w:t>
      </w:r>
    </w:p>
    <w:p>
      <w:pPr>
        <w:autoSpaceDN w:val="0"/>
        <w:autoSpaceDE w:val="0"/>
        <w:widowControl/>
        <w:spacing w:line="510" w:lineRule="exact" w:before="676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>&gt; Ele tem pensamentos e caminhos altos:</w:t>
      </w:r>
    </w:p>
    <w:p>
      <w:pPr>
        <w:autoSpaceDN w:val="0"/>
        <w:autoSpaceDE w:val="0"/>
        <w:widowControl/>
        <w:spacing w:line="530" w:lineRule="exact" w:before="606" w:after="0"/>
        <w:ind w:left="1286" w:right="1008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Porque os meus pensamentos não são os vossos </w:t>
      </w:r>
      <w:r>
        <w:br/>
      </w:r>
      <w:r>
        <w:rPr>
          <w:rFonts w:ascii="" w:hAnsi="" w:eastAsia=""/>
          <w:b w:val="0"/>
          <w:i/>
          <w:color w:val="9A403E"/>
          <w:sz w:val="40"/>
        </w:rPr>
        <w:t xml:space="preserve">pensamentos, nem os vossos caminhos os meus </w:t>
      </w:r>
      <w:r>
        <w:br/>
      </w:r>
      <w:r>
        <w:rPr>
          <w:rFonts w:ascii="" w:hAnsi="" w:eastAsia=""/>
          <w:b w:val="0"/>
          <w:i/>
          <w:color w:val="9A403E"/>
          <w:sz w:val="40"/>
        </w:rPr>
        <w:t xml:space="preserve">caminhos, diz o Senhor. Porque assim como os céus </w:t>
      </w:r>
      <w:r>
        <w:rPr>
          <w:rFonts w:ascii="" w:hAnsi="" w:eastAsia=""/>
          <w:b w:val="0"/>
          <w:i/>
          <w:color w:val="9A403E"/>
          <w:sz w:val="40"/>
        </w:rPr>
        <w:t xml:space="preserve">são mais altos do que a terra, assim são os meus </w:t>
      </w:r>
      <w:r>
        <w:rPr>
          <w:rFonts w:ascii="" w:hAnsi="" w:eastAsia=""/>
          <w:b w:val="0"/>
          <w:i/>
          <w:color w:val="9A403E"/>
          <w:sz w:val="40"/>
        </w:rPr>
        <w:t xml:space="preserve">caminhos mais altos do que os vossos caminhos, e os </w:t>
      </w:r>
      <w:r>
        <w:rPr>
          <w:rFonts w:ascii="" w:hAnsi="" w:eastAsia=""/>
          <w:b w:val="0"/>
          <w:i/>
          <w:color w:val="9A403E"/>
          <w:sz w:val="40"/>
        </w:rPr>
        <w:t xml:space="preserve">meus pensamentos mais altos do que os vossos </w:t>
      </w:r>
    </w:p>
    <w:p>
      <w:pPr>
        <w:autoSpaceDN w:val="0"/>
        <w:autoSpaceDE w:val="0"/>
        <w:widowControl/>
        <w:spacing w:line="464" w:lineRule="exact" w:before="11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>pensamentos. Isaías 55:8,9</w:t>
      </w:r>
    </w:p>
    <w:p>
      <w:pPr>
        <w:autoSpaceDN w:val="0"/>
        <w:autoSpaceDE w:val="0"/>
        <w:widowControl/>
        <w:spacing w:line="766" w:lineRule="exact" w:before="124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6)</w:t>
      </w:r>
      <w:r>
        <w:rPr>
          <w:rFonts w:ascii="" w:hAnsi="" w:eastAsia=""/>
          <w:b/>
          <w:i w:val="0"/>
          <w:color w:val="000000"/>
          <w:sz w:val="48"/>
        </w:rPr>
        <w:t xml:space="preserve">Ele é um Deus que nos faz Sonhar: </w:t>
      </w:r>
    </w:p>
    <w:p>
      <w:pPr>
        <w:autoSpaceDN w:val="0"/>
        <w:autoSpaceDE w:val="0"/>
        <w:widowControl/>
        <w:spacing w:line="510" w:lineRule="exact" w:before="698" w:after="0"/>
        <w:ind w:left="1286" w:right="0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Deus não deseja apenas ter sonhos sobre nossas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famílias, mas Ele deseja nos levar a sonhar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juntamente com Ele os sonhos do céu para nós.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98" w:lineRule="exact" w:before="642" w:after="0"/>
        <w:ind w:left="1286" w:right="720" w:firstLine="0"/>
        <w:jc w:val="left"/>
      </w:pPr>
      <w:r>
        <w:rPr>
          <w:rFonts w:ascii="" w:hAnsi="" w:eastAsia=""/>
          <w:b/>
          <w:i w:val="0"/>
          <w:color w:val="3F6797"/>
          <w:sz w:val="44"/>
        </w:rPr>
        <w:t xml:space="preserve">&gt; Deus fez José sonhar, depois Faraó sonhou, </w:t>
      </w:r>
      <w:r>
        <w:rPr>
          <w:rFonts w:ascii="" w:hAnsi="" w:eastAsia=""/>
          <w:b/>
          <w:i w:val="0"/>
          <w:color w:val="3F6797"/>
          <w:sz w:val="44"/>
        </w:rPr>
        <w:t xml:space="preserve">Daniel sonhou, Nabucodonosor, José marido de </w:t>
      </w:r>
      <w:r>
        <w:rPr>
          <w:rFonts w:ascii="" w:hAnsi="" w:eastAsia=""/>
          <w:b/>
          <w:i w:val="0"/>
          <w:color w:val="3F6797"/>
          <w:sz w:val="44"/>
        </w:rPr>
        <w:t xml:space="preserve">Maria, Pedro, Pilatos… </w:t>
      </w:r>
    </w:p>
    <w:p>
      <w:pPr>
        <w:autoSpaceDN w:val="0"/>
        <w:autoSpaceDE w:val="0"/>
        <w:widowControl/>
        <w:spacing w:line="510" w:lineRule="exact" w:before="732" w:after="0"/>
        <w:ind w:left="1286" w:right="0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&gt; Deus fez Abraão visualizar uma grande família, </w:t>
      </w:r>
    </w:p>
    <w:p>
      <w:pPr>
        <w:autoSpaceDN w:val="0"/>
        <w:autoSpaceDE w:val="0"/>
        <w:widowControl/>
        <w:spacing w:line="512" w:lineRule="exact" w:before="118" w:after="0"/>
        <w:ind w:left="1286" w:right="0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Ele fez Noé visualizar a salvação para sua casa… </w:t>
      </w:r>
    </w:p>
    <w:p>
      <w:pPr>
        <w:autoSpaceDN w:val="0"/>
        <w:autoSpaceDE w:val="0"/>
        <w:widowControl/>
        <w:spacing w:line="598" w:lineRule="exact" w:before="658" w:after="0"/>
        <w:ind w:left="1286" w:right="1440" w:firstLine="0"/>
        <w:jc w:val="left"/>
      </w:pPr>
      <w:r>
        <w:rPr>
          <w:rFonts w:ascii="" w:hAnsi="" w:eastAsia=""/>
          <w:b w:val="0"/>
          <w:i w:val="0"/>
          <w:color w:val="000000"/>
          <w:sz w:val="44"/>
        </w:rPr>
        <w:t xml:space="preserve">Ele fez Sara, Rebeca e Raquel sonharem em </w:t>
      </w:r>
      <w:r>
        <w:rPr>
          <w:rFonts w:ascii="" w:hAnsi="" w:eastAsia=""/>
          <w:b w:val="0"/>
          <w:i w:val="0"/>
          <w:color w:val="000000"/>
          <w:sz w:val="44"/>
        </w:rPr>
        <w:t xml:space="preserve">serem mães mesmo depois de diagnósticos de </w:t>
      </w:r>
      <w:r>
        <w:rPr>
          <w:rFonts w:ascii="" w:hAnsi="" w:eastAsia=""/>
          <w:b w:val="0"/>
          <w:i w:val="0"/>
          <w:color w:val="000000"/>
          <w:sz w:val="44"/>
        </w:rPr>
        <w:t xml:space="preserve">esterilidade. Ana sonhou com Samuel. Raabe </w:t>
      </w:r>
      <w:r>
        <w:rPr>
          <w:rFonts w:ascii="" w:hAnsi="" w:eastAsia=""/>
          <w:b w:val="0"/>
          <w:i w:val="0"/>
          <w:color w:val="000000"/>
          <w:sz w:val="44"/>
        </w:rPr>
        <w:t>sonhou com a salvação da sua família…</w:t>
      </w:r>
    </w:p>
    <w:p>
      <w:pPr>
        <w:autoSpaceDN w:val="0"/>
        <w:autoSpaceDE w:val="0"/>
        <w:widowControl/>
        <w:spacing w:line="510" w:lineRule="exact" w:before="686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Sunamita, Viúva (Elias), Noemi, Viúva de Naim, </w:t>
      </w:r>
    </w:p>
    <w:p>
      <w:pPr>
        <w:autoSpaceDN w:val="0"/>
        <w:autoSpaceDE w:val="0"/>
        <w:widowControl/>
        <w:spacing w:line="512" w:lineRule="exact" w:before="118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>Zaqueu, Jairo…</w:t>
      </w:r>
    </w:p>
    <w:p>
      <w:pPr>
        <w:autoSpaceDN w:val="0"/>
        <w:autoSpaceDE w:val="0"/>
        <w:widowControl/>
        <w:spacing w:line="598" w:lineRule="exact" w:before="1900" w:after="0"/>
        <w:ind w:left="1286" w:right="1872" w:firstLine="0"/>
        <w:jc w:val="left"/>
      </w:pPr>
      <w:r>
        <w:rPr>
          <w:rFonts w:ascii="" w:hAnsi="" w:eastAsia=""/>
          <w:b/>
          <w:i w:val="0"/>
          <w:color w:val="3C8A9E"/>
          <w:sz w:val="44"/>
        </w:rPr>
        <w:t xml:space="preserve">&gt; Volte a Sonhar para poder Frutificar em </w:t>
      </w:r>
      <w:r>
        <w:rPr>
          <w:rFonts w:ascii="" w:hAnsi="" w:eastAsia=""/>
          <w:b/>
          <w:i w:val="0"/>
          <w:color w:val="3C8A9E"/>
          <w:sz w:val="44"/>
        </w:rPr>
        <w:t>Família!</w:t>
      </w:r>
    </w:p>
    <w:p>
      <w:pPr>
        <w:autoSpaceDN w:val="0"/>
        <w:autoSpaceDE w:val="0"/>
        <w:widowControl/>
        <w:spacing w:line="644" w:lineRule="exact" w:before="1788" w:after="0"/>
        <w:ind w:left="1286" w:right="576" w:firstLine="0"/>
        <w:jc w:val="left"/>
      </w:pPr>
      <w:r>
        <w:rPr>
          <w:rFonts w:ascii="" w:hAnsi="" w:eastAsia=""/>
          <w:b/>
          <w:i w:val="0"/>
          <w:color w:val="000000"/>
          <w:sz w:val="48"/>
        </w:rPr>
        <w:t xml:space="preserve">* O que precisamos aprender para vivermos </w:t>
      </w:r>
      <w:r>
        <w:rPr>
          <w:rFonts w:ascii="" w:hAnsi="" w:eastAsia=""/>
          <w:b/>
          <w:i w:val="0"/>
          <w:color w:val="000000"/>
          <w:sz w:val="48"/>
        </w:rPr>
        <w:t>os sonhos de Deus para nossas famílias?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7)</w:t>
      </w:r>
      <w:r>
        <w:rPr>
          <w:rFonts w:ascii="" w:hAnsi="" w:eastAsia=""/>
          <w:b/>
          <w:i w:val="0"/>
          <w:color w:val="000000"/>
          <w:sz w:val="48"/>
        </w:rPr>
        <w:t>Quatro lições importantes:</w:t>
      </w:r>
    </w:p>
    <w:p>
      <w:pPr>
        <w:autoSpaceDN w:val="0"/>
        <w:autoSpaceDE w:val="0"/>
        <w:widowControl/>
        <w:spacing w:line="644" w:lineRule="exact" w:before="1156" w:after="0"/>
        <w:ind w:left="1286" w:right="1296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I - Aprenda a sonhar os sonhos de Deus e </w:t>
      </w:r>
      <w:r>
        <w:rPr>
          <w:rFonts w:ascii="" w:hAnsi="" w:eastAsia=""/>
          <w:b/>
          <w:i w:val="0"/>
          <w:color w:val="3C8A9E"/>
          <w:sz w:val="48"/>
        </w:rPr>
        <w:t xml:space="preserve">não os seus! </w:t>
      </w:r>
    </w:p>
    <w:p>
      <w:pPr>
        <w:autoSpaceDN w:val="0"/>
        <w:autoSpaceDE w:val="0"/>
        <w:widowControl/>
        <w:spacing w:line="530" w:lineRule="exact" w:before="542" w:after="0"/>
        <w:ind w:left="1286" w:right="720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 xml:space="preserve">* José sonhava os sonhos de Deus. Não eram sonhos </w:t>
      </w:r>
      <w:r>
        <w:rPr>
          <w:rFonts w:ascii="" w:hAnsi="" w:eastAsia=""/>
          <w:b/>
          <w:i w:val="0"/>
          <w:color w:val="3F6797"/>
          <w:sz w:val="40"/>
        </w:rPr>
        <w:t>pessoais, eram sonhos da parte de Deus.</w:t>
      </w:r>
    </w:p>
    <w:p>
      <w:pPr>
        <w:autoSpaceDN w:val="0"/>
        <w:autoSpaceDE w:val="0"/>
        <w:widowControl/>
        <w:spacing w:line="794" w:lineRule="exact" w:before="264" w:after="0"/>
        <w:ind w:left="1286" w:right="1584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Não sabemos desejar corretamente… 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Quem sabe hoje seja o dia de abrir mão do seu </w:t>
      </w:r>
      <w:r>
        <w:rPr>
          <w:rFonts w:ascii="" w:hAnsi="" w:eastAsia=""/>
          <w:b/>
          <w:i w:val="0"/>
          <w:color w:val="000000"/>
          <w:sz w:val="40"/>
        </w:rPr>
        <w:t xml:space="preserve">sonho para viver o sonho de Deus! 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Deus não tem compromisso com os seus sonhos. </w:t>
      </w:r>
    </w:p>
    <w:p>
      <w:pPr>
        <w:autoSpaceDN w:val="0"/>
        <w:autoSpaceDE w:val="0"/>
        <w:widowControl/>
        <w:spacing w:line="528" w:lineRule="exact" w:before="2" w:after="0"/>
        <w:ind w:left="1286" w:right="1152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Será frustrante esperar em Deus por algo que Ele </w:t>
      </w:r>
      <w:r>
        <w:rPr>
          <w:rFonts w:ascii="" w:hAnsi="" w:eastAsia=""/>
          <w:b/>
          <w:i w:val="0"/>
          <w:color w:val="000000"/>
          <w:sz w:val="40"/>
        </w:rPr>
        <w:t xml:space="preserve">não prometeu e por isso não fará. </w:t>
      </w:r>
    </w:p>
    <w:p>
      <w:pPr>
        <w:autoSpaceDN w:val="0"/>
        <w:autoSpaceDE w:val="0"/>
        <w:widowControl/>
        <w:spacing w:line="706" w:lineRule="exact" w:before="352" w:after="0"/>
        <w:ind w:left="1286" w:right="1008" w:firstLine="0"/>
        <w:jc w:val="left"/>
      </w:pPr>
      <w:r>
        <w:rPr>
          <w:rFonts w:ascii="" w:hAnsi="" w:eastAsia=""/>
          <w:b/>
          <w:i w:val="0"/>
          <w:color w:val="000000"/>
          <w:sz w:val="40"/>
        </w:rPr>
        <w:t xml:space="preserve">Deus tem compromisso com os Sonhos e as 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promessas Dele… </w:t>
      </w:r>
      <w:r>
        <w:br/>
      </w:r>
      <w:r>
        <w:rPr>
          <w:rFonts w:ascii="" w:hAnsi="" w:eastAsia=""/>
          <w:b/>
          <w:i w:val="0"/>
          <w:color w:val="000000"/>
          <w:sz w:val="40"/>
        </w:rPr>
        <w:t xml:space="preserve">Hoje é o dia de perguntar ao Senhor: Qual é o Seu </w:t>
      </w:r>
      <w:r>
        <w:rPr>
          <w:rFonts w:ascii="" w:hAnsi="" w:eastAsia=""/>
          <w:b/>
          <w:i w:val="0"/>
          <w:color w:val="000000"/>
          <w:sz w:val="40"/>
        </w:rPr>
        <w:t xml:space="preserve">sonho para minha família?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644" w:lineRule="exact" w:before="636" w:after="0"/>
        <w:ind w:left="1286" w:right="1152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II - Permita e incentive que as pessoas da </w:t>
      </w:r>
      <w:r>
        <w:rPr>
          <w:rFonts w:ascii="" w:hAnsi="" w:eastAsia=""/>
          <w:b/>
          <w:i w:val="0"/>
          <w:color w:val="3C8A9E"/>
          <w:sz w:val="48"/>
        </w:rPr>
        <w:t xml:space="preserve">sua casa voltem a sonhar: </w:t>
      </w:r>
    </w:p>
    <w:p>
      <w:pPr>
        <w:autoSpaceDN w:val="0"/>
        <w:autoSpaceDE w:val="0"/>
        <w:widowControl/>
        <w:spacing w:line="580" w:lineRule="exact" w:before="608" w:after="0"/>
        <w:ind w:left="1286" w:right="864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 xml:space="preserve">* José era um sonhador, mas a sua volta as pessoas </w:t>
      </w:r>
      <w:r>
        <w:rPr>
          <w:rFonts w:ascii="" w:hAnsi="" w:eastAsia=""/>
          <w:b/>
          <w:i w:val="0"/>
          <w:color w:val="3F6797"/>
          <w:sz w:val="40"/>
        </w:rPr>
        <w:t xml:space="preserve">sempre estavam sonhando. </w:t>
      </w:r>
    </w:p>
    <w:p>
      <w:pPr>
        <w:autoSpaceDN w:val="0"/>
        <w:autoSpaceDE w:val="0"/>
        <w:widowControl/>
        <w:spacing w:line="530" w:lineRule="exact" w:before="1212" w:after="0"/>
        <w:ind w:left="1286" w:right="720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Se você deseja viver os sonhos de Deus para sua vida, </w:t>
      </w:r>
      <w:r>
        <w:rPr>
          <w:rFonts w:ascii="" w:hAnsi="" w:eastAsia=""/>
          <w:b w:val="0"/>
          <w:i w:val="0"/>
          <w:color w:val="000000"/>
          <w:sz w:val="40"/>
        </w:rPr>
        <w:t xml:space="preserve">aprenda a servir outros em seus sonhos também. </w:t>
      </w:r>
    </w:p>
    <w:p>
      <w:pPr>
        <w:autoSpaceDN w:val="0"/>
        <w:autoSpaceDE w:val="0"/>
        <w:widowControl/>
        <w:spacing w:line="660" w:lineRule="exact" w:before="398" w:after="0"/>
        <w:ind w:left="1286" w:right="576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José se dedicou a ajudar outros em seus sonhos: </w:t>
      </w:r>
      <w:r>
        <w:br/>
      </w:r>
      <w:r>
        <w:rPr>
          <w:rFonts w:ascii="" w:hAnsi="" w:eastAsia=""/>
          <w:b w:val="0"/>
          <w:i w:val="0"/>
          <w:color w:val="000000"/>
          <w:sz w:val="40"/>
        </w:rPr>
        <w:t xml:space="preserve">Faraó, Copeiro, Padeiro… </w:t>
      </w:r>
      <w:r>
        <w:br/>
      </w:r>
      <w:r>
        <w:rPr>
          <w:rFonts w:ascii="" w:hAnsi="" w:eastAsia=""/>
          <w:b w:val="0"/>
          <w:i w:val="0"/>
          <w:color w:val="000000"/>
          <w:sz w:val="40"/>
        </w:rPr>
        <w:t xml:space="preserve">Seremos avaliados por Deus também, a partir de como </w:t>
      </w:r>
      <w:r>
        <w:rPr>
          <w:rFonts w:ascii="" w:hAnsi="" w:eastAsia=""/>
          <w:b w:val="0"/>
          <w:i w:val="0"/>
          <w:color w:val="000000"/>
          <w:sz w:val="40"/>
        </w:rPr>
        <w:t xml:space="preserve">ajudamos e incentivamos as pessoas a nossa volta a </w:t>
      </w:r>
      <w:r>
        <w:rPr>
          <w:rFonts w:ascii="" w:hAnsi="" w:eastAsia=""/>
          <w:b w:val="0"/>
          <w:i w:val="0"/>
          <w:color w:val="000000"/>
          <w:sz w:val="40"/>
        </w:rPr>
        <w:t xml:space="preserve">sonhar. </w:t>
      </w:r>
    </w:p>
    <w:p>
      <w:pPr>
        <w:autoSpaceDN w:val="0"/>
        <w:autoSpaceDE w:val="0"/>
        <w:widowControl/>
        <w:spacing w:line="582" w:lineRule="exact" w:before="476" w:after="0"/>
        <w:ind w:left="1286" w:right="1008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Não seja egoísta, não viva para que tudo seja do seu </w:t>
      </w:r>
      <w:r>
        <w:rPr>
          <w:rFonts w:ascii="" w:hAnsi="" w:eastAsia=""/>
          <w:b w:val="0"/>
          <w:i w:val="0"/>
          <w:color w:val="000000"/>
          <w:sz w:val="40"/>
        </w:rPr>
        <w:t>jeito.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0" w:right="0" w:firstLine="0"/>
        <w:jc w:val="center"/>
      </w:pPr>
      <w:r>
        <w:rPr>
          <w:rFonts w:ascii="" w:hAnsi="" w:eastAsia=""/>
          <w:b/>
          <w:i w:val="0"/>
          <w:color w:val="3C8A9E"/>
          <w:sz w:val="48"/>
        </w:rPr>
        <w:t xml:space="preserve">III - Sonhos não se realizam do dia para a </w:t>
      </w:r>
    </w:p>
    <w:p>
      <w:pPr>
        <w:autoSpaceDN w:val="0"/>
        <w:autoSpaceDE w:val="0"/>
        <w:widowControl/>
        <w:spacing w:line="558" w:lineRule="exact" w:before="86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noite: Aceite os processos de Deus! </w:t>
      </w:r>
    </w:p>
    <w:p>
      <w:pPr>
        <w:autoSpaceDN w:val="0"/>
        <w:autoSpaceDE w:val="0"/>
        <w:widowControl/>
        <w:spacing w:line="528" w:lineRule="exact" w:before="614" w:after="0"/>
        <w:ind w:left="1286" w:right="1296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 xml:space="preserve">* José chegou no Egito com 17 anos, viveu como </w:t>
      </w:r>
      <w:r>
        <w:rPr>
          <w:rFonts w:ascii="" w:hAnsi="" w:eastAsia=""/>
          <w:b/>
          <w:i w:val="0"/>
          <w:color w:val="3F6797"/>
          <w:sz w:val="40"/>
        </w:rPr>
        <w:t xml:space="preserve">prisioneiro até os 30 anos. Ele só viu o sonho se </w:t>
      </w:r>
      <w:r>
        <w:rPr>
          <w:rFonts w:ascii="" w:hAnsi="" w:eastAsia=""/>
          <w:b/>
          <w:i w:val="0"/>
          <w:color w:val="3F6797"/>
          <w:sz w:val="40"/>
        </w:rPr>
        <w:t xml:space="preserve">realizar quando ele já tinha 39 anos. </w:t>
      </w:r>
    </w:p>
    <w:p>
      <w:pPr>
        <w:autoSpaceDN w:val="0"/>
        <w:autoSpaceDE w:val="0"/>
        <w:widowControl/>
        <w:spacing w:line="528" w:lineRule="exact" w:before="1128" w:after="0"/>
        <w:ind w:left="1286" w:right="1008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Deus tem Seu tempo e Seu modo! Os sonhos de Deus </w:t>
      </w:r>
      <w:r>
        <w:rPr>
          <w:rFonts w:ascii="" w:hAnsi="" w:eastAsia=""/>
          <w:b w:val="0"/>
          <w:i w:val="0"/>
          <w:color w:val="000000"/>
          <w:sz w:val="40"/>
        </w:rPr>
        <w:t xml:space="preserve">em nossa família não acontecerão no nosso tempo </w:t>
      </w:r>
      <w:r>
        <w:rPr>
          <w:rFonts w:ascii="" w:hAnsi="" w:eastAsia=""/>
          <w:b w:val="0"/>
          <w:i w:val="0"/>
          <w:color w:val="000000"/>
          <w:sz w:val="40"/>
        </w:rPr>
        <w:t xml:space="preserve">CRONOS e nem mesmo da FORMA que esperamos. </w:t>
      </w:r>
    </w:p>
    <w:p>
      <w:pPr>
        <w:autoSpaceDN w:val="0"/>
        <w:autoSpaceDE w:val="0"/>
        <w:widowControl/>
        <w:spacing w:line="530" w:lineRule="exact" w:before="596" w:after="0"/>
        <w:ind w:left="1286" w:right="216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Deus tem seus processos. Não é possível viver </w:t>
      </w:r>
      <w:r>
        <w:rPr>
          <w:rFonts w:ascii="" w:hAnsi="" w:eastAsia=""/>
          <w:b w:val="0"/>
          <w:i/>
          <w:color w:val="000000"/>
          <w:sz w:val="40"/>
        </w:rPr>
        <w:t xml:space="preserve">propósito sem passar por Processos. </w:t>
      </w:r>
    </w:p>
    <w:p>
      <w:pPr>
        <w:autoSpaceDN w:val="0"/>
        <w:autoSpaceDE w:val="0"/>
        <w:widowControl/>
        <w:spacing w:line="528" w:lineRule="exact" w:before="530" w:after="0"/>
        <w:ind w:left="1286" w:right="57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José mudou de roupa 4 vezes, esta é uma simbologia </w:t>
      </w:r>
      <w:r>
        <w:rPr>
          <w:rFonts w:ascii="" w:hAnsi="" w:eastAsia=""/>
          <w:b w:val="0"/>
          <w:i/>
          <w:color w:val="000000"/>
          <w:sz w:val="40"/>
        </w:rPr>
        <w:t xml:space="preserve">bíblica dos muitos processos e etapas da vida de José. </w:t>
      </w:r>
    </w:p>
    <w:p>
      <w:pPr>
        <w:autoSpaceDN w:val="0"/>
        <w:autoSpaceDE w:val="0"/>
        <w:widowControl/>
        <w:spacing w:line="484" w:lineRule="exact" w:before="1202" w:after="0"/>
        <w:ind w:left="1286" w:right="864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(Gênesis 37:3) - “E Israel amava a José mais do que a todos </w:t>
      </w:r>
      <w:r>
        <w:rPr>
          <w:rFonts w:ascii="" w:hAnsi="" w:eastAsia=""/>
          <w:b w:val="0"/>
          <w:i/>
          <w:color w:val="9A403E"/>
          <w:sz w:val="36"/>
        </w:rPr>
        <w:t xml:space="preserve">os seus filhos, porque era filho da sua velhice; e fez-lhe </w:t>
      </w:r>
      <w:r>
        <w:rPr>
          <w:rFonts w:ascii="" w:hAnsi="" w:eastAsia=""/>
          <w:b w:val="0"/>
          <w:i/>
          <w:color w:val="9A403E"/>
          <w:sz w:val="36"/>
        </w:rPr>
        <w:t xml:space="preserve">uma túnica de várias cores.” </w:t>
      </w:r>
    </w:p>
    <w:p>
      <w:pPr>
        <w:autoSpaceDN w:val="0"/>
        <w:autoSpaceDE w:val="0"/>
        <w:widowControl/>
        <w:spacing w:line="482" w:lineRule="exact" w:before="964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(Gênesis 39:15) “E aconteceu que, ouvindo ele que eu </w:t>
      </w:r>
      <w:r>
        <w:br/>
      </w:r>
      <w:r>
        <w:rPr>
          <w:rFonts w:ascii="" w:hAnsi="" w:eastAsia=""/>
          <w:b w:val="0"/>
          <w:i/>
          <w:color w:val="9A403E"/>
          <w:sz w:val="36"/>
        </w:rPr>
        <w:t xml:space="preserve">levantava a minha voz e gritava, deixou a sua roupa comigo, </w:t>
      </w:r>
      <w:r>
        <w:rPr>
          <w:rFonts w:ascii="" w:hAnsi="" w:eastAsia=""/>
          <w:b w:val="0"/>
          <w:i/>
          <w:color w:val="9A403E"/>
          <w:sz w:val="36"/>
        </w:rPr>
        <w:t xml:space="preserve">e fugiu, e saiu para fora.”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2" w:lineRule="exact" w:before="658" w:after="0"/>
        <w:ind w:left="1286" w:right="1296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(Gênesis 41:14) “Então mandou Faraó chamar a José, e </w:t>
      </w:r>
      <w:r>
        <w:rPr>
          <w:rFonts w:ascii="" w:hAnsi="" w:eastAsia=""/>
          <w:b w:val="0"/>
          <w:i/>
          <w:color w:val="9A403E"/>
          <w:sz w:val="36"/>
        </w:rPr>
        <w:t xml:space="preserve">o fizeram sair logo do cárcere; e barbeou-se e mudou as </w:t>
      </w:r>
      <w:r>
        <w:rPr>
          <w:rFonts w:ascii="" w:hAnsi="" w:eastAsia=""/>
          <w:b w:val="0"/>
          <w:i/>
          <w:color w:val="9A403E"/>
          <w:sz w:val="36"/>
        </w:rPr>
        <w:t xml:space="preserve">suas roupas e apresentou-se a Faraó.” </w:t>
      </w:r>
    </w:p>
    <w:p>
      <w:pPr>
        <w:autoSpaceDN w:val="0"/>
        <w:autoSpaceDE w:val="0"/>
        <w:widowControl/>
        <w:spacing w:line="484" w:lineRule="exact" w:before="964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(Gênesis 41:42) “E tirou Faraó o anel da sua mão, e o pôs na </w:t>
      </w:r>
      <w:r>
        <w:rPr>
          <w:rFonts w:ascii="" w:hAnsi="" w:eastAsia=""/>
          <w:b w:val="0"/>
          <w:i/>
          <w:color w:val="9A403E"/>
          <w:sz w:val="36"/>
        </w:rPr>
        <w:t xml:space="preserve">mão de José, e o fez vestir de roupas de linho fino, e pôs </w:t>
      </w:r>
    </w:p>
    <w:p>
      <w:pPr>
        <w:autoSpaceDN w:val="0"/>
        <w:autoSpaceDE w:val="0"/>
        <w:widowControl/>
        <w:spacing w:line="418" w:lineRule="exact" w:before="14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>um colar de ouro no seu pescoço.”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IV - Cuidado com a casa de Potifar: </w:t>
      </w:r>
    </w:p>
    <w:p>
      <w:pPr>
        <w:autoSpaceDN w:val="0"/>
        <w:autoSpaceDE w:val="0"/>
        <w:widowControl/>
        <w:spacing w:line="464" w:lineRule="exact" w:before="724" w:after="0"/>
        <w:ind w:left="1286" w:right="0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 xml:space="preserve">* A casa de Potifar foi o lugar onde José foi mais </w:t>
      </w:r>
    </w:p>
    <w:p>
      <w:pPr>
        <w:autoSpaceDN w:val="0"/>
        <w:autoSpaceDE w:val="0"/>
        <w:widowControl/>
        <w:spacing w:line="466" w:lineRule="exact" w:before="146" w:after="0"/>
        <w:ind w:left="1286" w:right="0" w:firstLine="0"/>
        <w:jc w:val="left"/>
      </w:pPr>
      <w:r>
        <w:rPr>
          <w:rFonts w:ascii="" w:hAnsi="" w:eastAsia=""/>
          <w:b/>
          <w:i w:val="0"/>
          <w:color w:val="3F6797"/>
          <w:sz w:val="40"/>
        </w:rPr>
        <w:t xml:space="preserve">tentado. </w:t>
      </w:r>
    </w:p>
    <w:p>
      <w:pPr>
        <w:autoSpaceDN w:val="0"/>
        <w:autoSpaceDE w:val="0"/>
        <w:widowControl/>
        <w:spacing w:line="598" w:lineRule="exact" w:before="1310" w:after="0"/>
        <w:ind w:left="1286" w:right="864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Vamos falar mais sobre as tentações de José e a </w:t>
      </w:r>
      <w:r>
        <w:rPr>
          <w:rFonts w:ascii="" w:hAnsi="" w:eastAsia=""/>
          <w:b w:val="0"/>
          <w:i/>
          <w:color w:val="000000"/>
          <w:sz w:val="44"/>
        </w:rPr>
        <w:t xml:space="preserve">esposa de Potifar em outra mensagem. </w:t>
      </w:r>
    </w:p>
    <w:p>
      <w:pPr>
        <w:autoSpaceDN w:val="0"/>
        <w:autoSpaceDE w:val="0"/>
        <w:widowControl/>
        <w:spacing w:line="598" w:lineRule="exact" w:before="598" w:after="0"/>
        <w:ind w:left="1286" w:right="864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A ênfase que queremos dar aqui é a tentação de </w:t>
      </w:r>
      <w:r>
        <w:rPr>
          <w:rFonts w:ascii="" w:hAnsi="" w:eastAsia=""/>
          <w:b w:val="0"/>
          <w:i/>
          <w:color w:val="000000"/>
          <w:sz w:val="44"/>
        </w:rPr>
        <w:t xml:space="preserve">trocar o sonho de Deus por uma posição </w:t>
      </w:r>
      <w:r>
        <w:br/>
      </w:r>
      <w:r>
        <w:rPr>
          <w:rFonts w:ascii="" w:hAnsi="" w:eastAsia=""/>
          <w:b w:val="0"/>
          <w:i/>
          <w:color w:val="000000"/>
          <w:sz w:val="44"/>
        </w:rPr>
        <w:t xml:space="preserve">confortável. </w:t>
      </w:r>
    </w:p>
    <w:p>
      <w:pPr>
        <w:autoSpaceDN w:val="0"/>
        <w:autoSpaceDE w:val="0"/>
        <w:widowControl/>
        <w:spacing w:line="598" w:lineRule="exact" w:before="598" w:after="0"/>
        <w:ind w:left="1286" w:right="864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A casa de Potifar é o lugar que pode nos levar a </w:t>
      </w:r>
      <w:r>
        <w:rPr>
          <w:rFonts w:ascii="" w:hAnsi="" w:eastAsia=""/>
          <w:b w:val="0"/>
          <w:i/>
          <w:color w:val="000000"/>
          <w:sz w:val="44"/>
        </w:rPr>
        <w:t xml:space="preserve">trocar o melhor de Deus pelo bom. </w:t>
      </w:r>
    </w:p>
    <w:p>
      <w:pPr>
        <w:autoSpaceDN w:val="0"/>
        <w:autoSpaceDE w:val="0"/>
        <w:widowControl/>
        <w:spacing w:line="598" w:lineRule="exact" w:before="598" w:after="0"/>
        <w:ind w:left="1286" w:right="720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José nesta casa era bem tratado. Era uma casa </w:t>
      </w:r>
      <w:r>
        <w:rPr>
          <w:rFonts w:ascii="" w:hAnsi="" w:eastAsia=""/>
          <w:b w:val="0"/>
          <w:i/>
          <w:color w:val="000000"/>
          <w:sz w:val="44"/>
        </w:rPr>
        <w:t xml:space="preserve">de luxo, com boa comida, boa roupa. Ele agora </w:t>
      </w:r>
      <w:r>
        <w:rPr>
          <w:rFonts w:ascii="" w:hAnsi="" w:eastAsia=""/>
          <w:b w:val="0"/>
          <w:i/>
          <w:color w:val="000000"/>
          <w:sz w:val="44"/>
        </w:rPr>
        <w:t xml:space="preserve">era um homem de confiança do seu senhor e </w:t>
      </w:r>
      <w:r>
        <w:rPr>
          <w:rFonts w:ascii="" w:hAnsi="" w:eastAsia=""/>
          <w:b w:val="0"/>
          <w:i/>
          <w:color w:val="000000"/>
          <w:sz w:val="44"/>
        </w:rPr>
        <w:t xml:space="preserve">vivia bem. Ele poderia inclusive ter um caso com </w:t>
      </w:r>
      <w:r>
        <w:rPr>
          <w:rFonts w:ascii="" w:hAnsi="" w:eastAsia=""/>
          <w:b w:val="0"/>
          <w:i/>
          <w:color w:val="000000"/>
          <w:sz w:val="44"/>
        </w:rPr>
        <w:t xml:space="preserve">a mulher de Potifar e nunca ser descoberto. </w:t>
      </w:r>
    </w:p>
    <w:p>
      <w:pPr>
        <w:autoSpaceDN w:val="0"/>
        <w:autoSpaceDE w:val="0"/>
        <w:widowControl/>
        <w:spacing w:line="598" w:lineRule="exact" w:before="598" w:after="0"/>
        <w:ind w:left="1286" w:right="1296" w:firstLine="0"/>
        <w:jc w:val="left"/>
      </w:pPr>
      <w:r>
        <w:rPr>
          <w:rFonts w:ascii="" w:hAnsi="" w:eastAsia=""/>
          <w:b w:val="0"/>
          <w:i/>
          <w:color w:val="000000"/>
          <w:sz w:val="44"/>
        </w:rPr>
        <w:t xml:space="preserve">Ele teria trocado todo sonho de Deus por uma </w:t>
      </w:r>
      <w:r>
        <w:rPr>
          <w:rFonts w:ascii="" w:hAnsi="" w:eastAsia=""/>
          <w:b w:val="0"/>
          <w:i/>
          <w:color w:val="000000"/>
          <w:sz w:val="44"/>
        </w:rPr>
        <w:t xml:space="preserve">posição transitória e limitada. 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8"/>
        </w:rPr>
        <w:t xml:space="preserve">Conclusão: </w:t>
      </w:r>
    </w:p>
    <w:p>
      <w:pPr>
        <w:autoSpaceDN w:val="0"/>
        <w:autoSpaceDE w:val="0"/>
        <w:widowControl/>
        <w:spacing w:line="528" w:lineRule="exact" w:before="1210" w:after="0"/>
        <w:ind w:left="1286" w:right="57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José foi perseguido por sonhar os sonhos de Deus. </w:t>
      </w:r>
      <w:r>
        <w:rPr>
          <w:rFonts w:ascii="" w:hAnsi="" w:eastAsia=""/>
          <w:b w:val="0"/>
          <w:i/>
          <w:color w:val="000000"/>
          <w:sz w:val="40"/>
        </w:rPr>
        <w:t xml:space="preserve">Pessoas a sua volta riram e atacaram ele. José seguiu </w:t>
      </w:r>
      <w:r>
        <w:rPr>
          <w:rFonts w:ascii="" w:hAnsi="" w:eastAsia=""/>
          <w:b w:val="0"/>
          <w:i/>
          <w:color w:val="000000"/>
          <w:sz w:val="40"/>
        </w:rPr>
        <w:t xml:space="preserve">sonhando, suportou crises, se submeteu aos processos, </w:t>
      </w:r>
      <w:r>
        <w:rPr>
          <w:rFonts w:ascii="" w:hAnsi="" w:eastAsia=""/>
          <w:b w:val="0"/>
          <w:i/>
          <w:color w:val="000000"/>
          <w:sz w:val="40"/>
        </w:rPr>
        <w:t xml:space="preserve">aguardou o tempo de Deus. No momento certo os </w:t>
      </w:r>
      <w:r>
        <w:rPr>
          <w:rFonts w:ascii="" w:hAnsi="" w:eastAsia=""/>
          <w:b w:val="0"/>
          <w:i/>
          <w:color w:val="000000"/>
          <w:sz w:val="40"/>
        </w:rPr>
        <w:t xml:space="preserve">sonhos de Deus se cumpriram na vida de José. </w:t>
      </w:r>
    </w:p>
    <w:p>
      <w:pPr>
        <w:autoSpaceDN w:val="0"/>
        <w:autoSpaceDE w:val="0"/>
        <w:widowControl/>
        <w:spacing w:line="528" w:lineRule="exact" w:before="530" w:after="0"/>
        <w:ind w:left="1286" w:right="720" w:firstLine="0"/>
        <w:jc w:val="left"/>
      </w:pPr>
      <w:r>
        <w:rPr>
          <w:rFonts w:ascii="" w:hAnsi="" w:eastAsia=""/>
          <w:b/>
          <w:i/>
          <w:color w:val="000000"/>
          <w:sz w:val="40"/>
        </w:rPr>
        <w:t xml:space="preserve">Você será como José: Um Ramo Frutífero. Os muros </w:t>
      </w:r>
      <w:r>
        <w:rPr>
          <w:rFonts w:ascii="" w:hAnsi="" w:eastAsia=""/>
          <w:b/>
          <w:i/>
          <w:color w:val="000000"/>
          <w:sz w:val="40"/>
        </w:rPr>
        <w:t xml:space="preserve">não poderão te parar. </w:t>
      </w:r>
    </w:p>
    <w:p>
      <w:pPr>
        <w:autoSpaceDN w:val="0"/>
        <w:autoSpaceDE w:val="0"/>
        <w:widowControl/>
        <w:spacing w:line="530" w:lineRule="exact" w:before="528" w:after="0"/>
        <w:ind w:left="1286" w:right="72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As frustrações serão o palco para a ação de Deus mais </w:t>
      </w:r>
      <w:r>
        <w:rPr>
          <w:rFonts w:ascii="" w:hAnsi="" w:eastAsia=""/>
          <w:b w:val="0"/>
          <w:i/>
          <w:color w:val="000000"/>
          <w:sz w:val="40"/>
        </w:rPr>
        <w:t xml:space="preserve">poderosa em sua vida. Cristo será revelado em meio </w:t>
      </w:r>
    </w:p>
    <w:p>
      <w:pPr>
        <w:autoSpaceDN w:val="0"/>
        <w:autoSpaceDE w:val="0"/>
        <w:widowControl/>
        <w:spacing w:line="464" w:lineRule="exact" w:before="116" w:after="0"/>
        <w:ind w:left="1286" w:right="0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>as dores e sua casa será uma casa frutífera.</w:t>
      </w:r>
    </w:p>
    <w:p>
      <w:pPr>
        <w:autoSpaceDN w:val="0"/>
        <w:autoSpaceDE w:val="0"/>
        <w:widowControl/>
        <w:spacing w:line="598" w:lineRule="exact" w:before="2998" w:after="0"/>
        <w:ind w:left="1286" w:right="576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Convite: </w:t>
      </w:r>
      <w:r>
        <w:rPr>
          <w:rFonts w:ascii="" w:hAnsi="" w:eastAsia=""/>
          <w:b w:val="0"/>
          <w:i/>
          <w:color w:val="3F6797"/>
          <w:sz w:val="44"/>
        </w:rPr>
        <w:t xml:space="preserve">Hoje é o dia de decidir que sua família </w:t>
      </w:r>
      <w:r>
        <w:rPr>
          <w:rFonts w:ascii="" w:hAnsi="" w:eastAsia=""/>
          <w:b w:val="0"/>
          <w:i/>
          <w:color w:val="3F6797"/>
          <w:sz w:val="44"/>
        </w:rPr>
        <w:t xml:space="preserve">não será mais um lugar da ação de satanás. Tome </w:t>
      </w:r>
      <w:r>
        <w:rPr>
          <w:rFonts w:ascii="" w:hAnsi="" w:eastAsia=""/>
          <w:b w:val="0"/>
          <w:i/>
          <w:color w:val="3F6797"/>
          <w:sz w:val="44"/>
        </w:rPr>
        <w:t xml:space="preserve">a decisão mais importante da sua vida e da sua </w:t>
      </w:r>
      <w:r>
        <w:rPr>
          <w:rFonts w:ascii="" w:hAnsi="" w:eastAsia=""/>
          <w:b w:val="0"/>
          <w:i/>
          <w:color w:val="3F6797"/>
          <w:sz w:val="44"/>
        </w:rPr>
        <w:t xml:space="preserve">posteridade: Receba Jesus em sua vida e </w:t>
      </w:r>
      <w:r>
        <w:br/>
      </w:r>
      <w:r>
        <w:rPr>
          <w:rFonts w:ascii="" w:hAnsi="" w:eastAsia=""/>
          <w:b w:val="0"/>
          <w:i/>
          <w:color w:val="3F6797"/>
          <w:sz w:val="44"/>
        </w:rPr>
        <w:t xml:space="preserve">consequentemente em sua família. Sua vida </w:t>
      </w:r>
      <w:r>
        <w:br/>
      </w:r>
      <w:r>
        <w:rPr>
          <w:rFonts w:ascii="" w:hAnsi="" w:eastAsia=""/>
          <w:b w:val="0"/>
          <w:i/>
          <w:color w:val="3F6797"/>
          <w:sz w:val="44"/>
        </w:rPr>
        <w:t xml:space="preserve">nunca mais será a mesmo! Deseja mesmo isto? </w:t>
      </w:r>
      <w:r>
        <w:rPr>
          <w:rFonts w:ascii="" w:hAnsi="" w:eastAsia=""/>
          <w:b w:val="0"/>
          <w:i/>
          <w:color w:val="3F6797"/>
          <w:sz w:val="44"/>
        </w:rPr>
        <w:t>Venha até o altar agora mesmo!</w:t>
      </w:r>
    </w:p>
    <w:sectPr w:rsidR="00FC693F" w:rsidRPr="0006063C" w:rsidSect="00034616">
      <w:pgSz w:w="11900" w:h="1684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