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56" w:lineRule="exact" w:before="1130" w:after="0"/>
        <w:ind w:left="0" w:right="0" w:firstLine="0"/>
        <w:jc w:val="center"/>
      </w:pPr>
      <w:r>
        <w:rPr>
          <w:rFonts w:ascii="" w:hAnsi="" w:eastAsia=""/>
          <w:b/>
          <w:i w:val="0"/>
          <w:color w:val="FF2600"/>
          <w:sz w:val="22"/>
        </w:rPr>
        <w:t xml:space="preserve">21/01/2024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JEJUM PLANTADOS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RAÍZES PROFUNDAS </w:t>
      </w:r>
    </w:p>
    <w:p>
      <w:pPr>
        <w:autoSpaceDN w:val="0"/>
        <w:autoSpaceDE w:val="0"/>
        <w:widowControl/>
        <w:spacing w:line="256" w:lineRule="exact" w:before="594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1:3 (NVI)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É COMO ÁRVORE PLANTADA À BEIRA DAS CORRENTES DÁ FRUTO NO TEMPO </w:t>
      </w:r>
    </w:p>
    <w:p>
      <w:pPr>
        <w:autoSpaceDN w:val="0"/>
        <w:autoSpaceDE w:val="0"/>
        <w:widowControl/>
        <w:spacing w:line="256" w:lineRule="exact" w:before="220" w:after="0"/>
        <w:ind w:left="1134" w:right="0" w:firstLine="0"/>
        <w:jc w:val="left"/>
      </w:pPr>
      <w:r>
        <w:rPr>
          <w:rFonts w:ascii="" w:hAnsi="" w:eastAsia=""/>
          <w:b/>
          <w:i/>
          <w:color w:val="008F00"/>
          <w:sz w:val="22"/>
        </w:rPr>
        <w:t>CERTO E SUAS FOLHAS NÃO MURCHAM TUDO O QUE ELE FAZ PROSPERA</w:t>
      </w:r>
    </w:p>
    <w:p>
      <w:pPr>
        <w:autoSpaceDN w:val="0"/>
        <w:autoSpaceDE w:val="0"/>
        <w:widowControl/>
        <w:spacing w:line="256" w:lineRule="exact" w:before="116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BENÇÃOS PRA 2024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VITALIDADE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ESTABILIDADE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PRODUTIVIDADE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PROSPERIDADE </w:t>
      </w:r>
    </w:p>
    <w:p>
      <w:pPr>
        <w:autoSpaceDN w:val="0"/>
        <w:autoSpaceDE w:val="0"/>
        <w:widowControl/>
        <w:spacing w:line="254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ESTAMOS ENTRANDO NA NOSSA 2ª SEMANA DE JEJUM </w:t>
      </w:r>
    </w:p>
    <w:p>
      <w:pPr>
        <w:autoSpaceDN w:val="0"/>
        <w:autoSpaceDE w:val="0"/>
        <w:widowControl/>
        <w:spacing w:line="256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RAÍZES PROFUNDAS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TRONCOS FORTES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RAMOS FRUTÍFEROS </w:t>
      </w:r>
    </w:p>
    <w:p>
      <w:pPr>
        <w:autoSpaceDN w:val="0"/>
        <w:autoSpaceDE w:val="0"/>
        <w:widowControl/>
        <w:spacing w:line="256" w:lineRule="exact" w:before="59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CASA FRUTÍFERA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DAR FRUTO NO TEMPO CERTO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FOMOS CRIADOS PARA ISSO </w:t>
      </w:r>
    </w:p>
    <w:p>
      <w:pPr>
        <w:autoSpaceDN w:val="0"/>
        <w:autoSpaceDE w:val="0"/>
        <w:widowControl/>
        <w:spacing w:line="254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MAS... FRUTO BOM É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FRUTO DE RAÍZES FORTES</w:t>
      </w:r>
    </w:p>
    <w:p>
      <w:pPr>
        <w:autoSpaceDN w:val="0"/>
        <w:autoSpaceDE w:val="0"/>
        <w:widowControl/>
        <w:spacing w:line="256" w:lineRule="exact" w:before="234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JR 17:8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PORQUE ELE É COMO A ÁRVORE PLANTADA JUNTO ÀS ÁGUAS, QUE </w:t>
      </w:r>
    </w:p>
    <w:p>
      <w:pPr>
        <w:autoSpaceDN w:val="0"/>
        <w:autoSpaceDE w:val="0"/>
        <w:widowControl/>
        <w:spacing w:line="256" w:lineRule="exact" w:before="220" w:after="0"/>
        <w:ind w:left="0" w:right="0" w:firstLine="0"/>
        <w:jc w:val="center"/>
      </w:pPr>
      <w:r>
        <w:rPr>
          <w:rFonts w:ascii="" w:hAnsi="" w:eastAsia=""/>
          <w:b/>
          <w:i/>
          <w:color w:val="008F00"/>
          <w:sz w:val="22"/>
        </w:rPr>
        <w:t xml:space="preserve">ESTENDE AS SUAS RAÍZES PARA O RIBEIRO E NÃO RECEIA QUANDO VEM O CALOR, PORQUE AS </w:t>
      </w:r>
    </w:p>
    <w:p>
      <w:pPr>
        <w:autoSpaceDN w:val="0"/>
        <w:autoSpaceDE w:val="0"/>
        <w:widowControl/>
        <w:spacing w:line="256" w:lineRule="exact" w:before="104" w:after="0"/>
        <w:ind w:left="0" w:right="0" w:firstLine="0"/>
        <w:jc w:val="center"/>
      </w:pPr>
      <w:r>
        <w:rPr>
          <w:rFonts w:ascii="" w:hAnsi="" w:eastAsia=""/>
          <w:b/>
          <w:i/>
          <w:color w:val="008F00"/>
          <w:sz w:val="22"/>
        </w:rPr>
        <w:t xml:space="preserve">SUAS FOLHAS PERMANECEM VERDES; E, NO ANO DA SECA, NÃO SE PERTURBA, NEM DEIXA DE </w:t>
      </w:r>
    </w:p>
    <w:p>
      <w:pPr>
        <w:autoSpaceDN w:val="0"/>
        <w:autoSpaceDE w:val="0"/>
        <w:widowControl/>
        <w:spacing w:line="256" w:lineRule="exact" w:before="104" w:after="0"/>
        <w:ind w:left="1134" w:right="0" w:firstLine="0"/>
        <w:jc w:val="left"/>
      </w:pPr>
      <w:r>
        <w:rPr>
          <w:rFonts w:ascii="" w:hAnsi="" w:eastAsia=""/>
          <w:b/>
          <w:i/>
          <w:color w:val="008F00"/>
          <w:sz w:val="22"/>
        </w:rPr>
        <w:t xml:space="preserve">DAR FRUTO </w:t>
      </w:r>
    </w:p>
    <w:p>
      <w:pPr>
        <w:autoSpaceDN w:val="0"/>
        <w:autoSpaceDE w:val="0"/>
        <w:widowControl/>
        <w:spacing w:line="256" w:lineRule="exact" w:before="476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SEGREDO DA ÁRVORE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ESTÁ EM PARECER UMA ÁRVORE BONITA </w:t>
      </w:r>
    </w:p>
    <w:p>
      <w:pPr>
        <w:autoSpaceDN w:val="0"/>
        <w:autoSpaceDE w:val="0"/>
        <w:widowControl/>
        <w:spacing w:line="254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NEM BASTA ESTAR PERTO DAS ÁGUAS </w:t>
      </w:r>
    </w:p>
    <w:p>
      <w:pPr>
        <w:autoSpaceDN w:val="0"/>
        <w:autoSpaceDE w:val="0"/>
        <w:widowControl/>
        <w:spacing w:line="256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SEGREDO ESTÁ NAS RAÍZES QUE VÃO ATÉ AS ÁGUAS (REFLEXÃO) </w:t>
      </w:r>
    </w:p>
    <w:p>
      <w:pPr>
        <w:autoSpaceDN w:val="0"/>
        <w:autoSpaceDE w:val="0"/>
        <w:widowControl/>
        <w:spacing w:line="220" w:lineRule="exact" w:before="756" w:after="0"/>
        <w:ind w:left="1134" w:right="0" w:firstLine="0"/>
        <w:jc w:val="left"/>
      </w:pPr>
      <w:r>
        <w:rPr>
          <w:rFonts w:ascii="" w:hAnsi="" w:eastAsia=""/>
          <w:b/>
          <w:i/>
          <w:color w:val="1FB5C4"/>
          <w:sz w:val="22"/>
        </w:rPr>
        <w:t>RAÍZES PROFUNDAS</w:t>
      </w:r>
    </w:p>
    <w:p>
      <w:pPr>
        <w:autoSpaceDN w:val="0"/>
        <w:autoSpaceDE w:val="0"/>
        <w:widowControl/>
        <w:spacing w:line="260" w:lineRule="exact" w:before="260" w:after="0"/>
        <w:ind w:left="1134" w:right="1072" w:firstLine="0"/>
        <w:jc w:val="both"/>
      </w:pPr>
      <w:r>
        <w:rPr>
          <w:rFonts w:ascii="" w:hAnsi="" w:eastAsia=""/>
          <w:b/>
          <w:i/>
          <w:color w:val="999999"/>
          <w:sz w:val="22"/>
        </w:rPr>
        <w:t xml:space="preserve">Tempos atrás, eu era vizinho de um médico, cujo "hobby" era plantar árvores no enorme </w:t>
      </w:r>
      <w:r>
        <w:rPr>
          <w:rFonts w:ascii="" w:hAnsi="" w:eastAsia=""/>
          <w:b/>
          <w:i/>
          <w:color w:val="999999"/>
          <w:sz w:val="22"/>
        </w:rPr>
        <w:t xml:space="preserve">quintal de sua casa. Às vezes, observava da minha janela o seu esforço para plantar </w:t>
      </w:r>
      <w:r>
        <w:rPr>
          <w:rFonts w:ascii="" w:hAnsi="" w:eastAsia=""/>
          <w:b/>
          <w:i/>
          <w:color w:val="999999"/>
          <w:sz w:val="22"/>
        </w:rPr>
        <w:t xml:space="preserve">árvores e mais árvores, todos os dias. O que mais chamava a atenção, entretanto, era o fato </w:t>
      </w:r>
      <w:r>
        <w:rPr>
          <w:rFonts w:ascii="" w:hAnsi="" w:eastAsia=""/>
          <w:b/>
          <w:i/>
          <w:color w:val="999999"/>
          <w:sz w:val="22"/>
        </w:rPr>
        <w:t>de que ele jamais regava as mudas que plantava.</w:t>
      </w:r>
    </w:p>
    <w:p>
      <w:pPr>
        <w:autoSpaceDN w:val="0"/>
        <w:autoSpaceDE w:val="0"/>
        <w:widowControl/>
        <w:spacing w:line="260" w:lineRule="exact" w:before="260" w:after="0"/>
        <w:ind w:left="1134" w:right="1072" w:firstLine="0"/>
        <w:jc w:val="both"/>
      </w:pPr>
      <w:r>
        <w:rPr>
          <w:rFonts w:ascii="" w:hAnsi="" w:eastAsia=""/>
          <w:b/>
          <w:i/>
          <w:color w:val="999999"/>
          <w:sz w:val="22"/>
        </w:rPr>
        <w:t xml:space="preserve">Passei a notar, depois de algum tempo, que suas árvores estavam demorando muito para </w:t>
      </w:r>
      <w:r>
        <w:rPr>
          <w:rFonts w:ascii="" w:hAnsi="" w:eastAsia=""/>
          <w:b/>
          <w:i/>
          <w:color w:val="999999"/>
          <w:sz w:val="22"/>
        </w:rPr>
        <w:t xml:space="preserve">crescer. Certo dia, resolvi então aproximar-me do médico e perguntei se ele não tinha </w:t>
      </w:r>
      <w:r>
        <w:rPr>
          <w:rFonts w:ascii="" w:hAnsi="" w:eastAsia=""/>
          <w:b/>
          <w:i/>
          <w:color w:val="999999"/>
          <w:sz w:val="22"/>
        </w:rPr>
        <w:t>receio de que as árvores não crescessem, pois percebia que ele nunca as regava.</w:t>
      </w:r>
    </w:p>
    <w:p>
      <w:pPr>
        <w:autoSpaceDN w:val="0"/>
        <w:autoSpaceDE w:val="0"/>
        <w:widowControl/>
        <w:spacing w:line="220" w:lineRule="exact" w:before="300" w:after="0"/>
        <w:ind w:left="1134" w:right="0" w:firstLine="0"/>
        <w:jc w:val="left"/>
      </w:pPr>
      <w:r>
        <w:rPr>
          <w:rFonts w:ascii="" w:hAnsi="" w:eastAsia=""/>
          <w:b/>
          <w:i/>
          <w:color w:val="999999"/>
          <w:sz w:val="22"/>
        </w:rPr>
        <w:t>Foi quando, com um ar orgulhoso, ele me descreveu sua fantástica teoria.</w:t>
      </w:r>
    </w:p>
    <w:p>
      <w:pPr>
        <w:autoSpaceDN w:val="0"/>
        <w:autoSpaceDE w:val="0"/>
        <w:widowControl/>
        <w:spacing w:line="260" w:lineRule="exact" w:before="260" w:after="0"/>
        <w:ind w:left="1134" w:right="1008" w:firstLine="0"/>
        <w:jc w:val="left"/>
      </w:pPr>
      <w:r>
        <w:rPr>
          <w:rFonts w:ascii="" w:hAnsi="" w:eastAsia=""/>
          <w:b/>
          <w:i/>
          <w:color w:val="999999"/>
          <w:sz w:val="22"/>
        </w:rPr>
        <w:t xml:space="preserve">Disse-me que, se regasse suas plantas, as raízes se acomodariam na superfície e ficariam </w:t>
      </w:r>
      <w:r>
        <w:rPr>
          <w:rFonts w:ascii="" w:hAnsi="" w:eastAsia=""/>
          <w:b/>
          <w:i/>
          <w:color w:val="999999"/>
          <w:sz w:val="22"/>
        </w:rPr>
        <w:t>sempre esperando pela água mais fácil, vinda de cima.</w:t>
      </w:r>
    </w:p>
    <w:p>
      <w:pPr>
        <w:autoSpaceDN w:val="0"/>
        <w:autoSpaceDE w:val="0"/>
        <w:widowControl/>
        <w:spacing w:line="260" w:lineRule="exact" w:before="260" w:after="0"/>
        <w:ind w:left="1134" w:right="1072" w:firstLine="0"/>
        <w:jc w:val="both"/>
      </w:pPr>
      <w:r>
        <w:rPr>
          <w:rFonts w:ascii="" w:hAnsi="" w:eastAsia=""/>
          <w:b/>
          <w:i/>
          <w:color w:val="999999"/>
          <w:sz w:val="22"/>
        </w:rPr>
        <w:t xml:space="preserve">Como ele não as regava, as árvores demorariam mais para crescer, mas suas raízes </w:t>
      </w:r>
      <w:r>
        <w:rPr>
          <w:rFonts w:ascii="" w:hAnsi="" w:eastAsia=""/>
          <w:b/>
          <w:i/>
          <w:color w:val="999999"/>
          <w:sz w:val="22"/>
        </w:rPr>
        <w:t xml:space="preserve">tenderiam a migrar para o fundo, em busca da água e das várias fontes nutrientes </w:t>
      </w:r>
      <w:r>
        <w:rPr>
          <w:rFonts w:ascii="" w:hAnsi="" w:eastAsia=""/>
          <w:b/>
          <w:i/>
          <w:color w:val="999999"/>
          <w:sz w:val="22"/>
        </w:rPr>
        <w:t xml:space="preserve">encontradas nas camadas mais inferiores do solo. Assim, segundo ele, as árvores teriam </w:t>
      </w:r>
      <w:r>
        <w:rPr>
          <w:rFonts w:ascii="" w:hAnsi="" w:eastAsia=""/>
          <w:b/>
          <w:i/>
          <w:color w:val="999999"/>
          <w:sz w:val="22"/>
        </w:rPr>
        <w:t xml:space="preserve">raízes profundas e seriam mais resistentes às intempéries. Disse-me ainda, que </w:t>
      </w:r>
      <w:r>
        <w:rPr>
          <w:rFonts w:ascii="" w:hAnsi="" w:eastAsia=""/>
          <w:b/>
          <w:i/>
          <w:color w:val="999999"/>
          <w:sz w:val="22"/>
        </w:rPr>
        <w:t xml:space="preserve">freqüentemente dava uma palmadinha nas suas árvores, com um jornal enrolado, e que </w:t>
      </w:r>
      <w:r>
        <w:rPr>
          <w:rFonts w:ascii="" w:hAnsi="" w:eastAsia=""/>
          <w:b/>
          <w:i/>
          <w:color w:val="999999"/>
          <w:sz w:val="22"/>
        </w:rPr>
        <w:t xml:space="preserve">fazia isso para que se mantivessem sempre acordadas e atentas. Essa foi a única conversa </w:t>
      </w:r>
      <w:r>
        <w:rPr>
          <w:rFonts w:ascii="" w:hAnsi="" w:eastAsia=""/>
          <w:b/>
          <w:i/>
          <w:color w:val="999999"/>
          <w:sz w:val="22"/>
        </w:rPr>
        <w:t>que tive com aquele meu vizinho.</w:t>
      </w:r>
    </w:p>
    <w:p>
      <w:pPr>
        <w:autoSpaceDN w:val="0"/>
        <w:autoSpaceDE w:val="0"/>
        <w:widowControl/>
        <w:spacing w:line="280" w:lineRule="exact" w:before="218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60" w:lineRule="exact" w:before="1394" w:after="0"/>
        <w:ind w:left="1134" w:right="1008" w:firstLine="0"/>
        <w:jc w:val="left"/>
      </w:pPr>
      <w:r>
        <w:rPr>
          <w:rFonts w:ascii="" w:hAnsi="" w:eastAsia=""/>
          <w:b/>
          <w:i/>
          <w:color w:val="999999"/>
          <w:sz w:val="22"/>
        </w:rPr>
        <w:t xml:space="preserve">Logo depois, fui morar em outro país, e nunca mais o encontrei. Vários anos depois, ao </w:t>
      </w:r>
      <w:r>
        <w:rPr>
          <w:rFonts w:ascii="" w:hAnsi="" w:eastAsia=""/>
          <w:b/>
          <w:i/>
          <w:color w:val="999999"/>
          <w:sz w:val="22"/>
        </w:rPr>
        <w:t>retornar do exterior fui dar uma olhada na minha antiga residência.</w:t>
      </w:r>
    </w:p>
    <w:p>
      <w:pPr>
        <w:autoSpaceDN w:val="0"/>
        <w:autoSpaceDE w:val="0"/>
        <w:widowControl/>
        <w:spacing w:line="260" w:lineRule="exact" w:before="260" w:after="0"/>
        <w:ind w:left="1134" w:right="1072" w:firstLine="0"/>
        <w:jc w:val="both"/>
      </w:pPr>
      <w:r>
        <w:rPr>
          <w:rFonts w:ascii="" w:hAnsi="" w:eastAsia=""/>
          <w:b/>
          <w:i/>
          <w:color w:val="999999"/>
          <w:sz w:val="22"/>
        </w:rPr>
        <w:t xml:space="preserve">Ao aproximar-me, notei um bosque que não havia antes. Meu antigo vizinho, havia </w:t>
      </w:r>
      <w:r>
        <w:rPr>
          <w:rFonts w:ascii="" w:hAnsi="" w:eastAsia=""/>
          <w:b/>
          <w:i/>
          <w:color w:val="999999"/>
          <w:sz w:val="22"/>
        </w:rPr>
        <w:t xml:space="preserve">realizado seu sonho! O curioso é que aquele era um dia de um vento muito forte e gelado, </w:t>
      </w:r>
      <w:r>
        <w:rPr>
          <w:rFonts w:ascii="" w:hAnsi="" w:eastAsia=""/>
          <w:b/>
          <w:i/>
          <w:color w:val="999999"/>
          <w:sz w:val="22"/>
        </w:rPr>
        <w:t xml:space="preserve">em que as árvores da rua estavam arqueadas, como se não estivessem resistindo ao rigor </w:t>
      </w:r>
      <w:r>
        <w:rPr>
          <w:rFonts w:ascii="" w:hAnsi="" w:eastAsia=""/>
          <w:b/>
          <w:i/>
          <w:color w:val="999999"/>
          <w:sz w:val="22"/>
        </w:rPr>
        <w:t xml:space="preserve">do inverno. Entretanto, ao aproximar-me do quintal do médico, notei como estavam sólidas </w:t>
      </w:r>
      <w:r>
        <w:rPr>
          <w:rFonts w:ascii="" w:hAnsi="" w:eastAsia=""/>
          <w:b/>
          <w:i/>
          <w:color w:val="999999"/>
          <w:sz w:val="22"/>
        </w:rPr>
        <w:t xml:space="preserve">as suas árvores: praticamente não se moviam, resistindo implacavelmente àquela ventania </w:t>
      </w:r>
      <w:r>
        <w:rPr>
          <w:rFonts w:ascii="" w:hAnsi="" w:eastAsia=""/>
          <w:b/>
          <w:i/>
          <w:color w:val="999999"/>
          <w:sz w:val="22"/>
        </w:rPr>
        <w:t>toda.</w:t>
      </w:r>
    </w:p>
    <w:p>
      <w:pPr>
        <w:autoSpaceDN w:val="0"/>
        <w:autoSpaceDE w:val="0"/>
        <w:widowControl/>
        <w:spacing w:line="260" w:lineRule="exact" w:before="260" w:after="0"/>
        <w:ind w:left="1134" w:right="1072" w:firstLine="0"/>
        <w:jc w:val="both"/>
      </w:pPr>
      <w:r>
        <w:rPr>
          <w:rFonts w:ascii="" w:hAnsi="" w:eastAsia=""/>
          <w:b/>
          <w:i/>
          <w:color w:val="999999"/>
          <w:sz w:val="22"/>
        </w:rPr>
        <w:t xml:space="preserve">As adversidades pela qual aquelas árvores tinham passado, levando palmadelas e tendo </w:t>
      </w:r>
      <w:r>
        <w:rPr>
          <w:rFonts w:ascii="" w:hAnsi="" w:eastAsia=""/>
          <w:b/>
          <w:i/>
          <w:color w:val="999999"/>
          <w:sz w:val="22"/>
        </w:rPr>
        <w:t xml:space="preserve">sido privadas de água, pareciam tê-las beneficiado de um modo que o conforto o </w:t>
      </w:r>
      <w:r>
        <w:rPr>
          <w:rFonts w:ascii="" w:hAnsi="" w:eastAsia=""/>
          <w:b/>
          <w:i/>
          <w:color w:val="999999"/>
          <w:sz w:val="22"/>
        </w:rPr>
        <w:t>tratamento mais fácil jamais conseguiriam.</w:t>
      </w:r>
    </w:p>
    <w:p>
      <w:pPr>
        <w:autoSpaceDN w:val="0"/>
        <w:autoSpaceDE w:val="0"/>
        <w:widowControl/>
        <w:spacing w:line="260" w:lineRule="exact" w:before="260" w:after="0"/>
        <w:ind w:left="1134" w:right="1072" w:firstLine="0"/>
        <w:jc w:val="both"/>
      </w:pPr>
      <w:r>
        <w:rPr>
          <w:rFonts w:ascii="" w:hAnsi="" w:eastAsia=""/>
          <w:b/>
          <w:i/>
          <w:color w:val="999999"/>
          <w:sz w:val="22"/>
        </w:rPr>
        <w:t xml:space="preserve">Todas as noites, antes de ir me deitar, dou sempre uma olhada em meus filhos. Debruço-me </w:t>
      </w:r>
      <w:r>
        <w:rPr>
          <w:rFonts w:ascii="" w:hAnsi="" w:eastAsia=""/>
          <w:b/>
          <w:i/>
          <w:color w:val="999999"/>
          <w:sz w:val="22"/>
        </w:rPr>
        <w:t xml:space="preserve">sobre suas camas e observo como têm crescido. Freqüentemente, oro por eles. Na maioria </w:t>
      </w:r>
      <w:r>
        <w:rPr>
          <w:rFonts w:ascii="" w:hAnsi="" w:eastAsia=""/>
          <w:b/>
          <w:i/>
          <w:color w:val="999999"/>
          <w:sz w:val="22"/>
        </w:rPr>
        <w:t xml:space="preserve">das vezes, peço para que suas vidas sejam fáceis: "Meu Deus, livre meus filhos de todas as </w:t>
      </w:r>
      <w:r>
        <w:rPr>
          <w:rFonts w:ascii="" w:hAnsi="" w:eastAsia=""/>
          <w:b/>
          <w:i/>
          <w:color w:val="999999"/>
          <w:sz w:val="22"/>
        </w:rPr>
        <w:t>dificuldades e agressões desse mundo".</w:t>
      </w:r>
    </w:p>
    <w:p>
      <w:pPr>
        <w:autoSpaceDN w:val="0"/>
        <w:autoSpaceDE w:val="0"/>
        <w:widowControl/>
        <w:spacing w:line="260" w:lineRule="exact" w:before="260" w:after="0"/>
        <w:ind w:left="1134" w:right="1072" w:firstLine="0"/>
        <w:jc w:val="both"/>
      </w:pPr>
      <w:r>
        <w:rPr>
          <w:rFonts w:ascii="" w:hAnsi="" w:eastAsia=""/>
          <w:b/>
          <w:i/>
          <w:color w:val="999999"/>
          <w:sz w:val="22"/>
        </w:rPr>
        <w:t xml:space="preserve">Tenho pensado, entretanto, que é hora de alterar minhas orações. Essa mudança tem a ver </w:t>
      </w:r>
      <w:r>
        <w:rPr>
          <w:rFonts w:ascii="" w:hAnsi="" w:eastAsia=""/>
          <w:b/>
          <w:i/>
          <w:color w:val="999999"/>
          <w:sz w:val="22"/>
        </w:rPr>
        <w:t xml:space="preserve">com o fato de que é inevitável que os ventos gelados e fortes nos atinjam e aos nossos </w:t>
      </w:r>
      <w:r>
        <w:rPr>
          <w:rFonts w:ascii="" w:hAnsi="" w:eastAsia=""/>
          <w:b/>
          <w:i/>
          <w:color w:val="999999"/>
          <w:sz w:val="22"/>
        </w:rPr>
        <w:t xml:space="preserve">filhos. Sei que eles encontrarão inúmeros problemas e que, portanto, minhas orações para </w:t>
      </w:r>
      <w:r>
        <w:rPr>
          <w:rFonts w:ascii="" w:hAnsi="" w:eastAsia=""/>
          <w:b/>
          <w:i/>
          <w:color w:val="999999"/>
          <w:sz w:val="22"/>
        </w:rPr>
        <w:t>que as dificuldades não ocorram, têm sido ingênuas demais.</w:t>
      </w:r>
    </w:p>
    <w:p>
      <w:pPr>
        <w:autoSpaceDN w:val="0"/>
        <w:autoSpaceDE w:val="0"/>
        <w:widowControl/>
        <w:spacing w:line="260" w:lineRule="exact" w:before="260" w:after="0"/>
        <w:ind w:left="1134" w:right="1074" w:firstLine="0"/>
        <w:jc w:val="both"/>
      </w:pPr>
      <w:r>
        <w:rPr>
          <w:rFonts w:ascii="" w:hAnsi="" w:eastAsia=""/>
          <w:b/>
          <w:i/>
          <w:color w:val="999999"/>
          <w:sz w:val="22"/>
        </w:rPr>
        <w:t xml:space="preserve">Sempre haverá uma tempestade, ocorrendo em algum lugar. Portanto, pretendo mudar </w:t>
      </w:r>
      <w:r>
        <w:rPr>
          <w:rFonts w:ascii="" w:hAnsi="" w:eastAsia=""/>
          <w:b/>
          <w:i/>
          <w:color w:val="999999"/>
          <w:sz w:val="22"/>
        </w:rPr>
        <w:t xml:space="preserve">minhas orações. Farei isso porque, quer nós queiramos ou não, a vida não é muito fácil. Ao </w:t>
      </w:r>
      <w:r>
        <w:rPr>
          <w:rFonts w:ascii="" w:hAnsi="" w:eastAsia=""/>
          <w:b/>
          <w:i/>
          <w:color w:val="999999"/>
          <w:sz w:val="22"/>
        </w:rPr>
        <w:t xml:space="preserve">contrário do que tenho feito, passarei a orar para que meus filhos cresçam com raízes </w:t>
      </w:r>
      <w:r>
        <w:rPr>
          <w:rFonts w:ascii="" w:hAnsi="" w:eastAsia=""/>
          <w:b/>
          <w:i/>
          <w:color w:val="999999"/>
          <w:sz w:val="22"/>
        </w:rPr>
        <w:t>profundas.</w:t>
      </w:r>
    </w:p>
    <w:p>
      <w:pPr>
        <w:autoSpaceDN w:val="0"/>
        <w:autoSpaceDE w:val="0"/>
        <w:widowControl/>
        <w:spacing w:line="260" w:lineRule="exact" w:before="260" w:after="0"/>
        <w:ind w:left="1134" w:right="1072" w:firstLine="0"/>
        <w:jc w:val="both"/>
      </w:pPr>
      <w:r>
        <w:rPr>
          <w:rFonts w:ascii="" w:hAnsi="" w:eastAsia=""/>
          <w:b/>
          <w:i/>
          <w:color w:val="999999"/>
          <w:sz w:val="22"/>
        </w:rPr>
        <w:t xml:space="preserve">Oramos demais para termos facilidades, mas na verdade o que precisamos fazer é pedir </w:t>
      </w:r>
      <w:r>
        <w:rPr>
          <w:rFonts w:ascii="" w:hAnsi="" w:eastAsia=""/>
          <w:b/>
          <w:i/>
          <w:color w:val="999999"/>
          <w:sz w:val="22"/>
        </w:rPr>
        <w:t xml:space="preserve">para desenvolver raízes fortes e profundas, de tal modo que quando as tempestades </w:t>
      </w:r>
      <w:r>
        <w:rPr>
          <w:rFonts w:ascii="" w:hAnsi="" w:eastAsia=""/>
          <w:b/>
          <w:i/>
          <w:color w:val="999999"/>
          <w:sz w:val="22"/>
        </w:rPr>
        <w:t>chegarem e os ventos gelados soprarem, resistiremos.</w:t>
      </w:r>
    </w:p>
    <w:p>
      <w:pPr>
        <w:autoSpaceDN w:val="0"/>
        <w:autoSpaceDE w:val="0"/>
        <w:widowControl/>
        <w:spacing w:line="256" w:lineRule="exact" w:before="356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CASA DO PAI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UMA CASA COM RAÍZES PROFUNDAS </w:t>
      </w:r>
    </w:p>
    <w:p>
      <w:pPr>
        <w:autoSpaceDN w:val="0"/>
        <w:autoSpaceDE w:val="0"/>
        <w:widowControl/>
        <w:spacing w:line="256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ENQUANTO EU PREPARAVA ESTA PALAVRA PENSANDO NESTE TEMPO DE JEJUM </w:t>
      </w:r>
    </w:p>
    <w:p>
      <w:pPr>
        <w:autoSpaceDN w:val="0"/>
        <w:autoSpaceDE w:val="0"/>
        <w:widowControl/>
        <w:spacing w:line="256" w:lineRule="exact" w:before="23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SENHOR ME FALOU CLARAMENTE E ESTÁ FOI MINHA ORAÇÃO </w:t>
      </w:r>
    </w:p>
    <w:p>
      <w:pPr>
        <w:autoSpaceDN w:val="0"/>
        <w:autoSpaceDE w:val="0"/>
        <w:widowControl/>
        <w:spacing w:line="254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EM 2024 PESSOAS SAIRÃO DA SUPERFICIALIDADE E APROFUNDARÃO SUAS RAÍZES </w:t>
      </w:r>
    </w:p>
    <w:p>
      <w:pPr>
        <w:autoSpaceDN w:val="0"/>
        <w:autoSpaceDE w:val="0"/>
        <w:widowControl/>
        <w:spacing w:line="256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NÃO HÁ OUTRA MANEIRA DE ENCONTRARMOS VIDA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FORÇA </w:t>
      </w:r>
    </w:p>
    <w:p>
      <w:pPr>
        <w:autoSpaceDN w:val="0"/>
        <w:autoSpaceDE w:val="0"/>
        <w:widowControl/>
        <w:spacing w:line="256" w:lineRule="exact" w:before="23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FRUTIFICAÇÃO EM TEMPO DE SECA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SEM ESTAR TOTALMENTE NELE </w:t>
      </w:r>
    </w:p>
    <w:p>
      <w:pPr>
        <w:autoSpaceDN w:val="0"/>
        <w:autoSpaceDE w:val="0"/>
        <w:widowControl/>
        <w:spacing w:line="254" w:lineRule="exact" w:before="234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Cl 2:6 (NVI)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PORTANTO, ASSIM COMO VOCÊS RECEBERAM CRISTO JESUS, O SENHOR, </w:t>
      </w:r>
    </w:p>
    <w:p>
      <w:pPr>
        <w:autoSpaceDN w:val="0"/>
        <w:autoSpaceDE w:val="0"/>
        <w:widowControl/>
        <w:spacing w:line="254" w:lineRule="exact" w:before="222" w:after="0"/>
        <w:ind w:left="1134" w:right="0" w:firstLine="0"/>
        <w:jc w:val="left"/>
      </w:pPr>
      <w:r>
        <w:rPr>
          <w:rFonts w:ascii="" w:hAnsi="" w:eastAsia=""/>
          <w:b/>
          <w:i/>
          <w:color w:val="008F00"/>
          <w:sz w:val="22"/>
        </w:rPr>
        <w:t xml:space="preserve">CONTINUEM A VIVER NELE </w:t>
      </w:r>
    </w:p>
    <w:p>
      <w:pPr>
        <w:autoSpaceDN w:val="0"/>
        <w:autoSpaceDE w:val="0"/>
        <w:widowControl/>
        <w:spacing w:line="256" w:lineRule="exact" w:before="118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V.7 (NVI)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ENRAIZADOS E EDIFICADOS NELE, FIRMADOS NA FÉ COMO FORAM ENSINADOS, </w:t>
      </w:r>
    </w:p>
    <w:p>
      <w:pPr>
        <w:autoSpaceDN w:val="0"/>
        <w:autoSpaceDE w:val="0"/>
        <w:widowControl/>
        <w:spacing w:line="256" w:lineRule="exact" w:before="220" w:after="0"/>
        <w:ind w:left="1134" w:right="0" w:firstLine="0"/>
        <w:jc w:val="left"/>
      </w:pPr>
      <w:r>
        <w:rPr>
          <w:rFonts w:ascii="" w:hAnsi="" w:eastAsia=""/>
          <w:b/>
          <w:i/>
          <w:color w:val="008F00"/>
          <w:sz w:val="22"/>
        </w:rPr>
        <w:t xml:space="preserve">TRANSBORDANDO DE GRATIDÃO </w:t>
      </w:r>
    </w:p>
    <w:p>
      <w:pPr>
        <w:autoSpaceDN w:val="0"/>
        <w:autoSpaceDE w:val="0"/>
        <w:widowControl/>
        <w:spacing w:line="256" w:lineRule="exact" w:before="476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QUANTAS PESSOAS AQUI VIVERAM E ALGUNS AINDA VIVEM EM LUGARES RASOS </w:t>
      </w:r>
    </w:p>
    <w:p>
      <w:pPr>
        <w:autoSpaceDN w:val="0"/>
        <w:autoSpaceDE w:val="0"/>
        <w:widowControl/>
        <w:spacing w:line="280" w:lineRule="exact" w:before="392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2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TEMOS TODOS OS ANOS UM PROGRAMA DE LEITURA BÍBLICA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INFELIZMENTE QUANTA GENTE AINDA NÃO LEU A BÍBLIA TODA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ALGUNS TEM ATÉ BÍBLIAS BONITAS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DENISE FEZ PARTE DE UM PROJETO LINDO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BÍBLIA DE TODA MULHER (TEM DEVOCIONAIS DELA LÁ) </w:t>
      </w:r>
    </w:p>
    <w:p>
      <w:pPr>
        <w:autoSpaceDN w:val="0"/>
        <w:autoSpaceDE w:val="0"/>
        <w:widowControl/>
        <w:spacing w:line="488" w:lineRule="exact" w:before="362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MAS, QUANTOS AQUI AINDA NÃO CONHECEM O CONTEÚDO DA PALAVRA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E, COMO FALEI NO ÚLTIMO DOMINGO SOBRE POÇOS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TEM MUITO CONTEÚDO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TEM MUITOS POÇOS APARENTEMENTE ESCONDIDOS QUE PRECISAM SER CAVADOS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EXISTEM REVELAÇÕES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COISAS ESPECÍFICAS QUE DEUS QUER TRAZER SOBRE TUA VIDA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DEUS ESTÁ CHAMANDO PESSOAS AQUI A TEREM RAÍZES PROFUNDAS NESTE DIAS </w:t>
      </w:r>
    </w:p>
    <w:p>
      <w:pPr>
        <w:autoSpaceDN w:val="0"/>
        <w:autoSpaceDE w:val="0"/>
        <w:widowControl/>
        <w:spacing w:line="490" w:lineRule="exact" w:before="358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NESTES DIAS TIVE PROBLEMA COM A ÁRVORE EM FRENTE DA CASA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PARTE DO TRONCO ESTAVA CONDENADO/TERIA QUE SER CORTADA PORQUE PODERIA CAIR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LEVEI QUASE TRÊS MESES PARA CONSEGUIR AUTORIZAÇÃO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DEPOIS DA ÁRVORE SER CORTADA AINDA RESTAVA UM PROBLEMA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AS RAÍZES ESTAVAM ALI </w:t>
      </w:r>
    </w:p>
    <w:p>
      <w:pPr>
        <w:autoSpaceDN w:val="0"/>
        <w:autoSpaceDE w:val="0"/>
        <w:widowControl/>
        <w:spacing w:line="488" w:lineRule="exact" w:before="360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JOÃO CHEGOU A FAZER UMA NOVA CALÇADA MAS O CIMENTO JÁ TRINCOU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ELE ME MANDOU UM AÚDIO: TEM QUE CORTAR AS RAÍZES ANTES DE PLANTAR UMA NOVA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EU FICO PENSANDO: SABE PORQUE AQUELA ÁRVORE PODERIA CAIR SOBRE ALGUÉM???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SABE POR QUE MUITAS ÁRVORES SÃO DERRUBADAS PELO VENTO??? </w:t>
      </w:r>
    </w:p>
    <w:p>
      <w:pPr>
        <w:autoSpaceDN w:val="0"/>
        <w:autoSpaceDE w:val="0"/>
        <w:widowControl/>
        <w:spacing w:line="256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PORQUE TEM RAÍZES QUE QUEBRAM CALÇADAS, MAS SÃO RAÍZES SUPERFICIAIS </w:t>
      </w:r>
    </w:p>
    <w:p>
      <w:pPr>
        <w:autoSpaceDN w:val="0"/>
        <w:autoSpaceDE w:val="0"/>
        <w:widowControl/>
        <w:spacing w:line="488" w:lineRule="exact" w:before="360" w:after="0"/>
        <w:ind w:left="1134" w:right="489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QUERO COMEÇAR COM UMA PERGUNTA: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QUAL SERÁ TEU NÍVEL DE PROFUNDIDADE EM 2024??? </w:t>
      </w:r>
    </w:p>
    <w:p>
      <w:pPr>
        <w:autoSpaceDN w:val="0"/>
        <w:autoSpaceDE w:val="0"/>
        <w:widowControl/>
        <w:spacing w:line="488" w:lineRule="exact" w:before="2" w:after="0"/>
        <w:ind w:left="1134" w:right="216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O QUE NÃO TE DERRUBA ESPIRITUALMENTE NÃO É A TUA CAPACIDADE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A PROFUNDIDADE DAS TUAS RAÍZES EM DEUS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COMO ESTAMOS PLANTADOS </w:t>
      </w:r>
    </w:p>
    <w:p>
      <w:pPr>
        <w:autoSpaceDN w:val="0"/>
        <w:autoSpaceDE w:val="0"/>
        <w:widowControl/>
        <w:spacing w:line="490" w:lineRule="exact" w:before="358" w:after="0"/>
        <w:ind w:left="1134" w:right="403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NO DOMINGO PASSADO FALEI SOBRE ISAQUE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FRUTO DE TENTATIVAS FRUSTRADAS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FRUTO DE UMA PALAVRA PROFÉTICA MESMO ANTES DE NASCER </w:t>
      </w:r>
    </w:p>
    <w:p>
      <w:pPr>
        <w:autoSpaceDN w:val="0"/>
        <w:autoSpaceDE w:val="0"/>
        <w:widowControl/>
        <w:spacing w:line="280" w:lineRule="exact" w:before="304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3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1130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FRUTO DE UMA ENTREGA TOTAL AO SENHOR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 RAÍZES PROFUNDAS EM DEUS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COMO RAÍZES PROFUNDAS E SAUDÁVEIS SÃO DESENVOLVIDAS? </w:t>
      </w:r>
    </w:p>
    <w:p>
      <w:pPr>
        <w:autoSpaceDN w:val="0"/>
        <w:autoSpaceDE w:val="0"/>
        <w:widowControl/>
        <w:spacing w:line="424" w:lineRule="exact" w:before="6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TG 1:2 (NVI)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MEUS IRMÃOS, CONSIDEREM MOTIVO DE GRANDE ALEGRIA O FATO DE </w:t>
      </w:r>
      <w:r>
        <w:rPr>
          <w:rFonts w:ascii="" w:hAnsi="" w:eastAsia=""/>
          <w:b/>
          <w:i/>
          <w:color w:val="008F00"/>
          <w:sz w:val="22"/>
        </w:rPr>
        <w:t xml:space="preserve">PASSAREM POR DIVERSAS PROVAÇÕES;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V.3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ASSIM, VOCÊS SABERÃO QUE A PROVA DA SUA FÉ PRODUZ PERSEVERANÇA. </w:t>
      </w:r>
    </w:p>
    <w:p>
      <w:pPr>
        <w:autoSpaceDN w:val="0"/>
        <w:autoSpaceDE w:val="0"/>
        <w:widowControl/>
        <w:spacing w:line="446" w:lineRule="exact" w:before="4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TAMBÉM AOS ROMANOS O APÓSTOLO PAULO DIZ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RM 5:3 (NVI)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NÃO SÓ ISSO, MAS TAMBÉM NOS GLORIAMOS NAS TRIBULAÇÕES, PORQUE </w:t>
      </w:r>
      <w:r>
        <w:rPr>
          <w:rFonts w:ascii="" w:hAnsi="" w:eastAsia=""/>
          <w:b/>
          <w:i/>
          <w:color w:val="008F00"/>
          <w:sz w:val="22"/>
        </w:rPr>
        <w:t xml:space="preserve">SABEMOS QUE A TRIBULAÇÃO PRODUZ PERSEVERANÇA;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V.4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A PERSEVERANÇA, UM CARÁTER APROVADO; O CARÁTER APROVADO, ESPERANÇA. </w:t>
      </w:r>
    </w:p>
    <w:p>
      <w:pPr>
        <w:autoSpaceDN w:val="0"/>
        <w:autoSpaceDE w:val="0"/>
        <w:widowControl/>
        <w:spacing w:line="488" w:lineRule="exact" w:before="362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TEM COMO TER ESPERANÇA EM DEUS SEM UM CARÁTER APROVADO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NÃO HÁ COMO TER UM CARÁTER APROVADO SE AS SUAS RAÍZES NÃO FOREM TESTADAS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O QUE PRODUZ PERSEVERANÇA SÃO AS ADVERSIDADES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ESTABILIDADE DE UMA ÁRVORE SOMENTE É TESTADA NAS INTEMPÉRIES </w:t>
      </w:r>
    </w:p>
    <w:p>
      <w:pPr>
        <w:autoSpaceDN w:val="0"/>
        <w:autoSpaceDE w:val="0"/>
        <w:widowControl/>
        <w:spacing w:line="488" w:lineRule="exact" w:before="360" w:after="0"/>
        <w:ind w:left="1134" w:right="2448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A PANDEMIA QUE PARECE FAZER TANTO TEMPO QUE ACONTECEU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REVELOU UM TEMPO DIFÍCIL ONDE ÁRVORES/PESSOAS FORAM TOMBADAS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AQUI NÃO ESTOU FALANDO SOBRE AS MORTES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TEMPO DIFÍCIL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TEMOS PESSOAS AQUI HOJE QUE PERDERAM FAMILIARES E AMIGOS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MAS, APESAR DA DOR, PERMANECERAM FIRMES E PLANTADOS NA CASA DO PAI </w:t>
      </w:r>
    </w:p>
    <w:p>
      <w:pPr>
        <w:autoSpaceDN w:val="0"/>
        <w:autoSpaceDE w:val="0"/>
        <w:widowControl/>
        <w:spacing w:line="488" w:lineRule="exact" w:before="360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ESTOU FALANDO DE PESSOAS QUE TOMBARAM POR FALTA DE RAÍZES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PESSOAS QUE SE DISTANCIARAM DE DEUS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DA CASA DE DEUS (PR QUE ATENDI QUARTA)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 FORAM DERRUBADAS PELO VENTO CONTRÁRIO QUE SE LEVANTOU CONTRA ELAS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NÃO BASTA ESTAR PLANTADO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 NÃO TIVER RAÍZES PROFUNDAS NÃO VAI SUPORTAR </w:t>
      </w:r>
    </w:p>
    <w:p>
      <w:pPr>
        <w:autoSpaceDN w:val="0"/>
        <w:tabs>
          <w:tab w:pos="5886" w:val="left"/>
        </w:tabs>
        <w:autoSpaceDE w:val="0"/>
        <w:widowControl/>
        <w:spacing w:line="454" w:lineRule="exact" w:before="396" w:after="0"/>
        <w:ind w:left="1134" w:right="2448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PORQUE AS RAÍZES TEM DUAS FUNÇÕES BÁSICAS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GERAR ESTABILIDADE E PRODUZIR VITALIDADE (DUAS BENÇÃOS PARA 2024)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É POR ESSA RAZÃO QUE TEMOS TE CONVIDADO A APROFUNDAR SUAS RAÍZES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ESTA É A ÚNICA MANEIRA DE TER UMA VIDA EXCELENTE EM DEUS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4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1256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EXEMPLO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NO ESTUDO DAS CATÁSTROFES NATURAIS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 DOS OBJETOS DE ESTUDO SÃO AS ÁRVORES QUE RESISTEM A QUALQUER INTEMPÉRIE…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AO ESTUDAR A CONDIÇÃO DESSAS ÁRVORES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ASPECTO DELAS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SOLO ONDE ELAS ESTÃO PLANTADAS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ELES TAMBÉM ESTUDAM </w:t>
      </w:r>
    </w:p>
    <w:p>
      <w:pPr>
        <w:autoSpaceDN w:val="0"/>
        <w:autoSpaceDE w:val="0"/>
        <w:widowControl/>
        <w:spacing w:line="488" w:lineRule="exact" w:before="360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NÍVEL DA CATÁSTROFE QUE AS ÁRVORES JÁ ENFRENTARAM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DO PROBLEMA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DA SECA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DAS ADVERSIDADES QUE A ÁRVORE ENFRENTOU…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O QUE ELES FAZEM?? </w:t>
      </w:r>
    </w:p>
    <w:p>
      <w:pPr>
        <w:autoSpaceDN w:val="0"/>
        <w:autoSpaceDE w:val="0"/>
        <w:widowControl/>
        <w:spacing w:line="488" w:lineRule="exact" w:before="362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CAVAM EM VOLTA DESSAS ÁRVORES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ANALISAM A LARGURA/A EXTENSÃO DAS RAÍZES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CONSEGUEM ESTUDAR O NÚMERO DE VEZES QUE A ÁRVORE PODIA TER SECADO… </w:t>
      </w:r>
      <w:r>
        <w:rPr>
          <w:rFonts w:ascii="" w:hAnsi="" w:eastAsia=""/>
          <w:b w:val="0"/>
          <w:i w:val="0"/>
          <w:color w:val="0070C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MAS APESAR DE TUDO PREVALECEU </w:t>
      </w:r>
    </w:p>
    <w:p>
      <w:pPr>
        <w:autoSpaceDN w:val="0"/>
        <w:autoSpaceDE w:val="0"/>
        <w:widowControl/>
        <w:spacing w:line="446" w:lineRule="exact" w:before="40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1) QUANDO DAVI FALA SOBRE O JUSTO…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ELE O COMPARA A UMA DESSAS ÁRVORES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92:12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PLANTADOS NA CASA DO SENHOR, FLORESCERÃO NOS ÁTRIOS DO NOSSO </w:t>
      </w:r>
      <w:r>
        <w:rPr>
          <w:rFonts w:ascii="" w:hAnsi="" w:eastAsia=""/>
          <w:b/>
          <w:i/>
          <w:color w:val="008F00"/>
          <w:sz w:val="22"/>
        </w:rPr>
        <w:t xml:space="preserve">DEUS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V.13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NA VELHICE AINDA DARÃO FRUTOS, SERÃO CHEIOS DE SEIVA E DE VERDOR, </w:t>
      </w:r>
    </w:p>
    <w:p>
      <w:pPr>
        <w:autoSpaceDN w:val="0"/>
        <w:autoSpaceDE w:val="0"/>
        <w:widowControl/>
        <w:spacing w:line="454" w:lineRule="exact" w:before="416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2) JEREMIAS QUANDO FALA DAQUELES QUE CONFIAM NO SENHOR DIZ: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JR 17:7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BENDITO  O HOMEM QUE CONFIA NO SENHOR E CUJA ESPERANÇA É O SENHOR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V.8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PORQUE, ELE É COMO A ÁRVORE PLANTADA JUNTO ÁS ÁGUAS, QUE ESTENDE AS </w:t>
      </w:r>
      <w:r>
        <w:rPr>
          <w:rFonts w:ascii="" w:hAnsi="" w:eastAsia=""/>
          <w:b/>
          <w:i/>
          <w:color w:val="008F00"/>
          <w:sz w:val="22"/>
        </w:rPr>
        <w:t xml:space="preserve">SUAS RAÍZES PARA O RIBEIRO E NÃO RECEIA QUANDO VEM O CALOR, PORQUE AS SUAS FOLHAS </w:t>
      </w:r>
      <w:r>
        <w:rPr>
          <w:rFonts w:ascii="" w:hAnsi="" w:eastAsia=""/>
          <w:b/>
          <w:i/>
          <w:color w:val="008F00"/>
          <w:sz w:val="22"/>
        </w:rPr>
        <w:t xml:space="preserve">PERMANECEM VERDES; E NO ANO DA SECA, NÃO SE PERTURBA, NEM DEIXA DE DAR FRUTO </w:t>
      </w:r>
    </w:p>
    <w:p>
      <w:pPr>
        <w:autoSpaceDN w:val="0"/>
        <w:autoSpaceDE w:val="0"/>
        <w:widowControl/>
        <w:spacing w:line="488" w:lineRule="exact" w:before="244" w:after="0"/>
        <w:ind w:left="1134" w:right="345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NO ANO DA SECA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TALVEZ SEM FORÇAS PARA CRESCER PRA FORA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PERDE A CAPACIDADE DE CRESCER PARA DENTRO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 APROFUNDAR AS RAÍZES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 IR MAIS FUNDO BUSCAR AS ÁGUAS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 NÃO SE PERTURBA, NEM DEIXA DE DAR FRUTO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 QUANDO ISSO ACONTECE… 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HÁ UMA MENSAGEM PARA QUEM OLHA A ÁRVORE</w:t>
      </w:r>
    </w:p>
    <w:p>
      <w:pPr>
        <w:autoSpaceDN w:val="0"/>
        <w:autoSpaceDE w:val="0"/>
        <w:widowControl/>
        <w:spacing w:line="280" w:lineRule="exact" w:before="438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5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244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EU JÁ PASSEI TODO TIPO DE ADVERSIDADES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 CIRCUNSTÂNCIAS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NENHUMA DELAS FOI CAPAZ DE ME DERRUBAR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ME SECAR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ME MATAR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PELO CONTRÁRIO QUANTO MAIS SOFRI FORA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MAIS EU CRESCI PARA DENTRO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MAIS EU APROFUNDEI MINHAS RAÍZES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DECLARE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VOCÊ É UMA ÁRVORE PLANTADA NA CASA DE DEUS. </w:t>
      </w:r>
    </w:p>
    <w:p>
      <w:pPr>
        <w:autoSpaceDN w:val="0"/>
        <w:autoSpaceDE w:val="0"/>
        <w:widowControl/>
        <w:spacing w:line="256" w:lineRule="exact" w:before="23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QUANTO MAIS VOCÊ ESTIVER MARCADO PELA LUTA, MAIS FORTE VAI ESTAR. </w:t>
      </w:r>
    </w:p>
    <w:p>
      <w:pPr>
        <w:autoSpaceDN w:val="0"/>
        <w:autoSpaceDE w:val="0"/>
        <w:widowControl/>
        <w:spacing w:line="254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AS ADVERSIDADES NÃO VÃO TE DERRUBAR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VOCÊ NÃO VAI SECAR </w:t>
      </w:r>
    </w:p>
    <w:p>
      <w:pPr>
        <w:autoSpaceDN w:val="0"/>
        <w:autoSpaceDE w:val="0"/>
        <w:widowControl/>
        <w:spacing w:line="488" w:lineRule="exact" w:before="362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TEVE MOMENTOS QUE VOCÊ NÃO ENTENDEU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SOFREU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FORAM MOMENTOS DIFÍCEIS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TUDO ISSO SÓ SERVIU PRA TE FAZER CRESCER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SÓ QUE VOCÊ É UMA ÁRVORE PLANTADA QUE NO ANO DA SECA APROFUNDA SUAS RAÍZES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MANTÉM AS FOLHAS VERDES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CONTINUA DANDO FRUTOS </w:t>
      </w:r>
    </w:p>
    <w:p>
      <w:pPr>
        <w:autoSpaceDN w:val="0"/>
        <w:autoSpaceDE w:val="0"/>
        <w:widowControl/>
        <w:spacing w:line="488" w:lineRule="exact" w:before="360" w:after="0"/>
        <w:ind w:left="1134" w:right="316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É UMA AFRONTA AOS TERREMOTOS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SE ABALA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É UMA AFRONTA AOS VENTOS FORTES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PERMANECE EM PÉ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É UMA AFRONTA AO CALOR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AS RAÍZES VÃO BUSCAR ÁGUA NO FUNDO </w:t>
      </w:r>
    </w:p>
    <w:p>
      <w:pPr>
        <w:autoSpaceDN w:val="0"/>
        <w:autoSpaceDE w:val="0"/>
        <w:widowControl/>
        <w:spacing w:line="256" w:lineRule="exact" w:before="59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DECLARE... </w:t>
      </w:r>
    </w:p>
    <w:p>
      <w:pPr>
        <w:autoSpaceDN w:val="0"/>
        <w:autoSpaceDE w:val="0"/>
        <w:widowControl/>
        <w:spacing w:line="460" w:lineRule="exact" w:before="3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LUTA! QUANDO VOCÊ VIER!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VOCÊ NÃO ME ABALA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VOCÊ NÃO ME DESTRÓI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NA REALIDADE, VOCÊ ME FORTALECE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EU SOU ÁRVORE PLANTADA PELO SENHOR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II CO 4:8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EM TUDO SOMOS ATRIBULADOS, PORÉM NÃO ANGUSTIADOS; FICAMOS </w:t>
      </w:r>
      <w:r>
        <w:rPr>
          <w:rFonts w:ascii="" w:hAnsi="" w:eastAsia=""/>
          <w:b/>
          <w:i/>
          <w:color w:val="008F00"/>
          <w:sz w:val="22"/>
        </w:rPr>
        <w:t xml:space="preserve">PERPLEXOS, PORÉM NÃO DESANIMADOS;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V.9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SOMOS PERSEGUIDOS, PORÉM NÃO ABANDONADOS; SOMOS DERRUBADOS, PORÉM </w:t>
      </w:r>
      <w:r>
        <w:rPr>
          <w:rFonts w:ascii="" w:hAnsi="" w:eastAsia=""/>
          <w:b/>
          <w:i/>
          <w:color w:val="008F00"/>
          <w:sz w:val="22"/>
        </w:rPr>
        <w:t xml:space="preserve">NÃO DESTRUÍDOS </w:t>
      </w:r>
    </w:p>
    <w:p>
      <w:pPr>
        <w:autoSpaceDN w:val="0"/>
        <w:autoSpaceDE w:val="0"/>
        <w:widowControl/>
        <w:spacing w:line="488" w:lineRule="exact" w:before="244" w:after="0"/>
        <w:ind w:left="1134" w:right="216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VOCÊ PODE ESTAR MACHUCADO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VOCÊ NÃO ESTÁ MORTO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VOCÊ PODE ESTAR TRISTE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VOCÊ TEM VIDA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VOCÊ PODE SER ALVO DE UM MONTE DE ATAQUES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VAI PERMANECER EM PÉ </w:t>
      </w:r>
    </w:p>
    <w:p>
      <w:pPr>
        <w:autoSpaceDN w:val="0"/>
        <w:tabs>
          <w:tab w:pos="5886" w:val="left"/>
        </w:tabs>
        <w:autoSpaceDE w:val="0"/>
        <w:widowControl/>
        <w:spacing w:line="484" w:lineRule="exact" w:before="362" w:after="0"/>
        <w:ind w:left="1134" w:right="288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AS ADVERSIDADES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OS PROBLEMAS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AS CIRCUNSTÂNCIAS CONTRÁRIAS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VÃO TE ARRANCAR DO PROPÓSITO DE DEUS PARA TUA VIDA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6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6" w:lineRule="exact" w:before="90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VOCÊ É SIM ÁRVORE PLANTADA PELO SENHOR QUE VAI FLORESCER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ATÉ NA VELHICE DARÁ FRUTOS E CONTINUARÁ FORTE </w:t>
      </w:r>
      <w:r>
        <w:br/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DÁ UM GRITO PARA ALGUÉM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DESANIMA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DESANIMA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DESANIMA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SL 91:7 (NVI)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MIL PODERÃO CAIR AO TEU LADO; DEZ MIL, À SUA DIREITA, MAS NADA O </w:t>
      </w:r>
      <w:r>
        <w:rPr>
          <w:rFonts w:ascii="" w:hAnsi="" w:eastAsia=""/>
          <w:b/>
          <w:i/>
          <w:color w:val="008F00"/>
          <w:sz w:val="22"/>
        </w:rPr>
        <w:t xml:space="preserve">ATINGIRÁ </w:t>
      </w:r>
    </w:p>
    <w:p>
      <w:pPr>
        <w:autoSpaceDN w:val="0"/>
        <w:autoSpaceDE w:val="0"/>
        <w:widowControl/>
        <w:spacing w:line="488" w:lineRule="exact" w:before="244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EXEMPLO DE ISAÍAS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FÁCIL HOJE ADMIRAR ISAÍAS COMO PROFETA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PREGAR AQUILO QUE ELE PROFETIZOU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FOI O PROFETA QUE MAIS PROFETIZOU SOBRE JESUS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MAS…QUANDO CHEGAMOS A IS 6… </w:t>
      </w:r>
      <w:r>
        <w:rPr>
          <w:rFonts w:ascii="" w:hAnsi="" w:eastAsia=""/>
          <w:b w:val="0"/>
          <w:i w:val="0"/>
          <w:color w:val="212121"/>
          <w:sz w:val="22"/>
        </w:rPr>
        <w:t>→</w:t>
      </w:r>
      <w:r>
        <w:rPr>
          <w:rFonts w:ascii="" w:hAnsi="" w:eastAsia=""/>
          <w:b/>
          <w:i w:val="0"/>
          <w:color w:val="212121"/>
          <w:sz w:val="22"/>
        </w:rPr>
        <w:t xml:space="preserve"> ISAÍAS ESTAVA VIVENDO UM DOS MOMENTOS MAIS CRÍTICOS </w:t>
      </w:r>
      <w:r>
        <w:rPr>
          <w:rFonts w:ascii="" w:hAnsi="" w:eastAsia=""/>
          <w:b w:val="0"/>
          <w:i w:val="0"/>
          <w:color w:val="212121"/>
          <w:sz w:val="22"/>
        </w:rPr>
        <w:t>→</w:t>
      </w:r>
      <w:r>
        <w:rPr>
          <w:rFonts w:ascii="" w:hAnsi="" w:eastAsia=""/>
          <w:b/>
          <w:i w:val="0"/>
          <w:color w:val="212121"/>
          <w:sz w:val="22"/>
        </w:rPr>
        <w:t xml:space="preserve"> MAIS DIFÍCEIS DA SUA VIDA </w:t>
      </w:r>
      <w:r>
        <w:rPr>
          <w:rFonts w:ascii="" w:hAnsi="" w:eastAsia=""/>
          <w:b w:val="0"/>
          <w:i w:val="0"/>
          <w:color w:val="212121"/>
          <w:sz w:val="22"/>
        </w:rPr>
        <w:t>→</w:t>
      </w:r>
      <w:r>
        <w:rPr>
          <w:rFonts w:ascii="" w:hAnsi="" w:eastAsia=""/>
          <w:b/>
          <w:i w:val="0"/>
          <w:color w:val="212121"/>
          <w:sz w:val="22"/>
        </w:rPr>
        <w:t xml:space="preserve"> ERA UM MOMENTO DE GRANDE DECEPÇÃO </w:t>
      </w:r>
      <w:r>
        <w:rPr>
          <w:rFonts w:ascii="" w:hAnsi="" w:eastAsia=""/>
          <w:b w:val="0"/>
          <w:i w:val="0"/>
          <w:color w:val="212121"/>
          <w:sz w:val="22"/>
        </w:rPr>
        <w:t>→</w:t>
      </w:r>
      <w:r>
        <w:rPr>
          <w:rFonts w:ascii="" w:hAnsi="" w:eastAsia=""/>
          <w:b/>
          <w:i w:val="0"/>
          <w:color w:val="212121"/>
          <w:sz w:val="22"/>
        </w:rPr>
        <w:t xml:space="preserve"> A  DECEPÇÃO DA PERDA </w:t>
      </w:r>
      <w:r>
        <w:br/>
      </w:r>
      <w:r>
        <w:rPr>
          <w:rFonts w:ascii="" w:hAnsi="" w:eastAsia=""/>
          <w:b w:val="0"/>
          <w:i w:val="0"/>
          <w:color w:val="212121"/>
          <w:sz w:val="22"/>
        </w:rPr>
        <w:t>→</w:t>
      </w:r>
      <w:r>
        <w:rPr>
          <w:rFonts w:ascii="" w:hAnsi="" w:eastAsia=""/>
          <w:b/>
          <w:i w:val="0"/>
          <w:color w:val="212121"/>
          <w:sz w:val="22"/>
        </w:rPr>
        <w:t xml:space="preserve"> E ISSO TINHA LEVADO ISAÍAS AO DESÂNIMO </w:t>
      </w:r>
      <w:r>
        <w:br/>
      </w:r>
      <w:r>
        <w:rPr>
          <w:rFonts w:ascii="" w:hAnsi="" w:eastAsia=""/>
          <w:b w:val="0"/>
          <w:i w:val="0"/>
          <w:color w:val="212121"/>
          <w:sz w:val="22"/>
        </w:rPr>
        <w:t>→</w:t>
      </w:r>
      <w:r>
        <w:rPr>
          <w:rFonts w:ascii="" w:hAnsi="" w:eastAsia=""/>
          <w:b/>
          <w:i w:val="0"/>
          <w:color w:val="212121"/>
          <w:sz w:val="22"/>
        </w:rPr>
        <w:t xml:space="preserve"> NAQUELE ANO UZIAS </w:t>
      </w:r>
      <w:r>
        <w:rPr>
          <w:rFonts w:ascii="" w:hAnsi="" w:eastAsia=""/>
          <w:b/>
          <w:i w:val="0"/>
          <w:color w:val="000000"/>
          <w:sz w:val="22"/>
        </w:rPr>
        <w:t xml:space="preserve">REI DE JUDÁ HAVIA MORRIDO </w:t>
      </w:r>
    </w:p>
    <w:p>
      <w:pPr>
        <w:autoSpaceDN w:val="0"/>
        <w:autoSpaceDE w:val="0"/>
        <w:widowControl/>
        <w:spacing w:line="488" w:lineRule="exact" w:before="358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ESSE REI FOI UM REI MUITO FORTE/PRÓSPERO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TINHA FEITO GRANDES COISAS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ISAÍAS TINHA UZIAS COMO REFERÊNCIA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MUITOS HISTORIADORES ACREDITAM QUE ERAM PRIMOS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SÓ QUE UZIAS... </w:t>
      </w:r>
    </w:p>
    <w:p>
      <w:pPr>
        <w:autoSpaceDN w:val="0"/>
        <w:autoSpaceDE w:val="0"/>
        <w:widowControl/>
        <w:spacing w:line="464" w:lineRule="exact" w:before="2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ACABOU DE FORMA TRÁGICA/DOLOROSA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TINHA COMEÇADO BEM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COMEÇOU A REINAR COM 16 ANOS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FOI BEM SUCEDIDO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REINOU POR 52 ANOS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O ÊXITO SUBIU A CABEÇA DE UZIAS E ELE FEZ O QUE NÃO DEVERIA FAZER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MORREU LEPROSO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UMA GRANDE DECEPÇÃO PARA TODOS E PARA ISAÍAS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II RE 15:5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O SENHOR FERIU O REI, E ELE FICOU LEPROSO ATÉ O DIA DA SUA </w:t>
      </w:r>
      <w:r>
        <w:rPr>
          <w:rFonts w:ascii="" w:hAnsi="" w:eastAsia=""/>
          <w:b/>
          <w:i/>
          <w:color w:val="008F00"/>
          <w:sz w:val="22"/>
        </w:rPr>
        <w:t xml:space="preserve">MORTE E MORAVA NUMA CASA SEPARADA. JOTÃO, FILHO DO REI, ERA RESPONSÁVEL PELO </w:t>
      </w:r>
      <w:r>
        <w:rPr>
          <w:rFonts w:ascii="" w:hAnsi="" w:eastAsia=""/>
          <w:b/>
          <w:i/>
          <w:color w:val="008F00"/>
          <w:sz w:val="22"/>
        </w:rPr>
        <w:t xml:space="preserve">PALÁCIO E GOVERNAVA O POVO DA TERRA </w:t>
      </w:r>
    </w:p>
    <w:p>
      <w:pPr>
        <w:autoSpaceDN w:val="0"/>
        <w:autoSpaceDE w:val="0"/>
        <w:widowControl/>
        <w:spacing w:line="488" w:lineRule="exact" w:before="246" w:after="0"/>
        <w:ind w:left="1134" w:right="432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E... DIANTE DESSA DECEPÇÃO, NO CAPÍTULO 6:1 ISAÍAS DIZ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NO ANO DA MORTE DO REI UZIAS… </w:t>
      </w:r>
    </w:p>
    <w:p>
      <w:pPr>
        <w:autoSpaceDN w:val="0"/>
        <w:tabs>
          <w:tab w:pos="5886" w:val="left"/>
        </w:tabs>
        <w:autoSpaceDE w:val="0"/>
        <w:widowControl/>
        <w:spacing w:line="482" w:lineRule="exact" w:before="366" w:after="0"/>
        <w:ind w:left="1134" w:right="576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ISAÍAS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7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8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212121"/>
          <w:sz w:val="22"/>
        </w:rPr>
        <w:t>→</w:t>
      </w:r>
      <w:r>
        <w:rPr>
          <w:rFonts w:ascii="" w:hAnsi="" w:eastAsia=""/>
          <w:b/>
          <w:i w:val="0"/>
          <w:color w:val="212121"/>
          <w:sz w:val="22"/>
        </w:rPr>
        <w:t xml:space="preserve"> NESSE MOMENTO DE DOR/APREENSÃO/MEDO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PRECISANDO DE UM MOVER EM SEU ÍNTIMO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PRECISANDO APROFUNDAR SUAS RAÍZES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DEUS DÁ A ELE UMA EXPERIÊNCIA PODEROSA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EU CREIO DE TODO MEU CORAÇÃO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HÁ UM PODER DE DEUS RESERVADO A CADA UM DE VOCÊS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UNÇÃO QUE ESTÁ AQUI NÃO É COINCIDÊNCIA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CADA VEZ QUE JEJUAMOS PRECISAMOS NOS PREPARAR PARA ALGO SOBRENATURAL </w:t>
      </w:r>
    </w:p>
    <w:p>
      <w:pPr>
        <w:autoSpaceDN w:val="0"/>
        <w:autoSpaceDE w:val="0"/>
        <w:widowControl/>
        <w:spacing w:line="488" w:lineRule="exact" w:before="360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AQUELA MORTE/AQUELA TEMPESTADE FOI UMA GRANDE DECEPÇÃO PARA TODA NAÇÃO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 ESSA DECEPÇÃO REPRESENTOU A GRANDE VIRADA NA VIDA DE ISAÍAS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EU NÃO SEI O QUE VOCÊ ESTÁ VIVENDO OU PASSANDO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UMA COISA EU SEI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O SENHOR ESTÁ POR TRÁS DISSO/DESSE MOMENTO DIFÍCIL </w:t>
      </w:r>
    </w:p>
    <w:p>
      <w:pPr>
        <w:autoSpaceDN w:val="0"/>
        <w:autoSpaceDE w:val="0"/>
        <w:widowControl/>
        <w:spacing w:line="488" w:lineRule="exact" w:before="362" w:after="0"/>
        <w:ind w:left="1134" w:right="2736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ISAÍAS ESTAVA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SEM ENTENDER/TRISTE/CHEIO DE DECEPÇÕES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AI FAZ A COISA CERTA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APROFUNDA SUAS RAÍZES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VAI PRA PRESENÇA DE DEUS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IS 6:1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NO ANO DA MORTE DE REI UZIAS EU VI O SENHOR </w:t>
      </w:r>
    </w:p>
    <w:p>
      <w:pPr>
        <w:autoSpaceDN w:val="0"/>
        <w:autoSpaceDE w:val="0"/>
        <w:widowControl/>
        <w:spacing w:line="446" w:lineRule="exact" w:before="76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1ª LIÇÃO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POR MAIS TRISTE QUE VOCÊ POSSA ESTAR NÃO PERCA O CONTATO COM A CASA </w:t>
      </w:r>
      <w:r>
        <w:rPr>
          <w:rFonts w:ascii="" w:hAnsi="" w:eastAsia=""/>
          <w:b/>
          <w:i w:val="0"/>
          <w:color w:val="FF2600"/>
          <w:sz w:val="22"/>
        </w:rPr>
        <w:t xml:space="preserve">DE DEUS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EU SEMPRE ENSINEI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BENÇÃO É PARA QUEM ESTÁ PRESENTE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QUANDO VOCÊ MENOS ESPERAR DEUS VAI TE SURPREENDER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DEUS VAI SE MANIFESTAR </w:t>
      </w:r>
    </w:p>
    <w:p>
      <w:pPr>
        <w:autoSpaceDN w:val="0"/>
        <w:autoSpaceDE w:val="0"/>
        <w:widowControl/>
        <w:spacing w:line="254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NÃO SEI... </w:t>
      </w:r>
    </w:p>
    <w:p>
      <w:pPr>
        <w:autoSpaceDN w:val="0"/>
        <w:autoSpaceDE w:val="0"/>
        <w:widowControl/>
        <w:spacing w:line="488" w:lineRule="exact" w:before="2" w:after="0"/>
        <w:ind w:left="1134" w:right="230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ALGUM UZIAS MORREU PARA VOCÊ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ALGUMA DOR TE ATINGIU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ALGUMA PERDA ACONTECEU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VOCÊ ESTÁ AQUI NA CASA DO PAI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DEUS ESTÁ PRESENTE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VAI SE REVELAR A VOCÊ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VAI MUDAR A TUA HISTÓRIA </w:t>
      </w:r>
    </w:p>
    <w:p>
      <w:pPr>
        <w:autoSpaceDN w:val="0"/>
        <w:autoSpaceDE w:val="0"/>
        <w:widowControl/>
        <w:spacing w:line="476" w:lineRule="exact" w:before="37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NO ANO DA MORTE DO REI UZIAS, EU VI O SENHOR ASSENTADO SOBRE UM ALTO E SUBLIME </w:t>
      </w:r>
      <w:r>
        <w:rPr>
          <w:rFonts w:ascii="" w:hAnsi="" w:eastAsia=""/>
          <w:b/>
          <w:i/>
          <w:color w:val="008F00"/>
          <w:sz w:val="22"/>
        </w:rPr>
        <w:t>TRONO, EU VI O SENHOR E AS ABAS DE SUAS VESTES ENCHIAM O TEMPLO.</w:t>
      </w:r>
    </w:p>
    <w:p>
      <w:pPr>
        <w:autoSpaceDN w:val="0"/>
        <w:autoSpaceDE w:val="0"/>
        <w:widowControl/>
        <w:spacing w:line="256" w:lineRule="exact" w:before="476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 ISSO … ATÉ O CAPÍTULO 5 VEMOS UM ISAÍAS </w:t>
      </w:r>
    </w:p>
    <w:p>
      <w:pPr>
        <w:autoSpaceDN w:val="0"/>
        <w:autoSpaceDE w:val="0"/>
        <w:widowControl/>
        <w:spacing w:line="280" w:lineRule="exact" w:before="330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8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90" w:lineRule="exact" w:before="896" w:after="0"/>
        <w:ind w:left="1134" w:right="3744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PARTIR DO 6 OUTRO COMPLETAMENTE DIFERENTE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>E O SEGREDO DE TUDO:</w:t>
      </w:r>
      <w:r>
        <w:rPr>
          <w:rFonts w:ascii="" w:hAnsi="" w:eastAsia=""/>
          <w:b/>
          <w:i/>
          <w:color w:val="008F00"/>
          <w:sz w:val="22"/>
        </w:rPr>
        <w:t xml:space="preserve">VIU O SENHOR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VIU A GLÓRIA DE DEUS </w:t>
      </w:r>
    </w:p>
    <w:p>
      <w:pPr>
        <w:autoSpaceDN w:val="0"/>
        <w:autoSpaceDE w:val="0"/>
        <w:widowControl/>
        <w:spacing w:line="488" w:lineRule="exact" w:before="360" w:after="0"/>
        <w:ind w:left="1134" w:right="2016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TEVE UMA EXPERIÊNCIA TÃO PROFUNDA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A SUA INIQUIDADE FOI TIRADA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FOI TOCADO PELAS BRASAS VIVAS DO ALTAR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QUANDO OUVIU O CHAMADO A FRUTIFICAR</w:t>
      </w:r>
      <w:r>
        <w:rPr>
          <w:rFonts w:ascii="" w:hAnsi="" w:eastAsia=""/>
          <w:b w:val="0"/>
          <w:i w:val="0"/>
          <w:color w:val="0070C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“A QUEM ENVIAREI?” (IS 6:8)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PRONTAMENTE RESPONDEU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EIS-ME AQUI, ENVIA-ME A MIM</w:t>
      </w:r>
    </w:p>
    <w:p>
      <w:pPr>
        <w:autoSpaceDN w:val="0"/>
        <w:autoSpaceDE w:val="0"/>
        <w:widowControl/>
        <w:spacing w:line="490" w:lineRule="exact" w:before="360" w:after="0"/>
        <w:ind w:left="1134" w:right="115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CHEGOU A ANDAR NU E DESCALÇO POR 3 ANOS</w:t>
      </w:r>
      <w:r>
        <w:rPr>
          <w:rFonts w:ascii="" w:hAnsi="" w:eastAsia=""/>
          <w:b/>
          <w:i/>
          <w:color w:val="008F00"/>
          <w:sz w:val="22"/>
        </w:rPr>
        <w:t xml:space="preserve">(IS 20:2,3)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PROFETIZOU COISAS INACREDITÁVEIS À SUA ÉPOCA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IS 7:14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UMA VIRGEM CONCEBERÁ, E DARÁ À LUZ UM FILHO, E LHE CHAMARÁ EMANUEL </w:t>
      </w:r>
    </w:p>
    <w:p>
      <w:pPr>
        <w:autoSpaceDN w:val="0"/>
        <w:autoSpaceDE w:val="0"/>
        <w:widowControl/>
        <w:spacing w:line="490" w:lineRule="exact" w:before="358" w:after="0"/>
        <w:ind w:left="1134" w:right="4896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ISSO ERA IMPENSÁVEL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HUMANAMENTE IMPOSSÍVEL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ELE MORREU SEM QUE ISSO ACONTECESSE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NESSE CASO ESPECÍFICO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MORREU DESACREDITADO </w:t>
      </w:r>
    </w:p>
    <w:p>
      <w:pPr>
        <w:autoSpaceDN w:val="0"/>
        <w:autoSpaceDE w:val="0"/>
        <w:widowControl/>
        <w:spacing w:line="254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MAS A GRANDE VERDADE É QUE ELE... </w:t>
      </w:r>
    </w:p>
    <w:p>
      <w:pPr>
        <w:autoSpaceDN w:val="0"/>
        <w:autoSpaceDE w:val="0"/>
        <w:widowControl/>
        <w:spacing w:line="488" w:lineRule="exact" w:before="2" w:after="0"/>
        <w:ind w:left="1134" w:right="4176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USOU MAIS DE UMA VEZ EXEMPLOS DA NATUREZA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TRAZIA E FAZIA APLICAÇÕES PRÁTICAS COM SEUS EXEMPLOS </w:t>
      </w:r>
    </w:p>
    <w:p>
      <w:pPr>
        <w:autoSpaceDN w:val="0"/>
        <w:tabs>
          <w:tab w:pos="1200" w:val="left"/>
        </w:tabs>
        <w:autoSpaceDE w:val="0"/>
        <w:widowControl/>
        <w:spacing w:line="486" w:lineRule="exact" w:before="364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IS 41:19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ELE MENCIONA VÁRIOS TIPOS DE PLANTAS QUE SERIAM PLANTADAS NO DESERTO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NATURALMENTE NUNCA FLORESCERIAM NO DESERTO 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V.20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PARA QUE TODOS VEJAM E SAIBAM, CONSIDEREM E JUNTAMENTE ENTENDAM QUE </w:t>
      </w:r>
      <w:r>
        <w:rPr>
          <w:rFonts w:ascii="" w:hAnsi="" w:eastAsia=""/>
          <w:b/>
          <w:i/>
          <w:color w:val="008F00"/>
          <w:sz w:val="22"/>
        </w:rPr>
        <w:t xml:space="preserve">A MÃO DO SENHOR FEZ ISSO, E QUE O SANTO DE ISRAEL O CRIOU.” </w:t>
      </w:r>
    </w:p>
    <w:p>
      <w:pPr>
        <w:autoSpaceDN w:val="0"/>
        <w:autoSpaceDE w:val="0"/>
        <w:widowControl/>
        <w:spacing w:line="476" w:lineRule="exact" w:before="256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EXEMPLOS DA NATUREZA PARA NOS ENSINAR SOBRE A VITALIDADE E ESTABILIDADE DA </w:t>
      </w:r>
      <w:r>
        <w:rPr>
          <w:rFonts w:ascii="" w:hAnsi="" w:eastAsia=""/>
          <w:b/>
          <w:i w:val="0"/>
          <w:color w:val="FF0000"/>
          <w:sz w:val="22"/>
        </w:rPr>
        <w:t xml:space="preserve">ÁRVORE </w:t>
      </w:r>
    </w:p>
    <w:p>
      <w:pPr>
        <w:autoSpaceDN w:val="0"/>
        <w:autoSpaceDE w:val="0"/>
        <w:widowControl/>
        <w:spacing w:line="488" w:lineRule="exact" w:before="244" w:after="0"/>
        <w:ind w:left="1134" w:right="316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ISSO QUE ACONTECE NO TEXTO DE ISAÍAS 6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DEPOIS DE UMA EXPERIÊNCIA PROFUNDA COM DEUS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ELE DECLARA NO FINAL DO CAP. SOBRE QUEM PERMANECE ENRAIZADO </w:t>
      </w:r>
    </w:p>
    <w:p>
      <w:pPr>
        <w:autoSpaceDN w:val="0"/>
        <w:autoSpaceDE w:val="0"/>
        <w:widowControl/>
        <w:spacing w:line="280" w:lineRule="exact" w:before="330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9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18" w:lineRule="exact" w:before="968" w:after="0"/>
        <w:ind w:left="1134" w:right="1066" w:firstLine="0"/>
        <w:jc w:val="both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IS 6:13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MAS, SE AINDA FICAR A DÉCIMA PARTE DELA, TORNARÁ A SER DESTRUÍDA. </w:t>
      </w:r>
      <w:r>
        <w:rPr>
          <w:rFonts w:ascii="" w:hAnsi="" w:eastAsia=""/>
          <w:b/>
          <w:i/>
          <w:color w:val="008F00"/>
          <w:sz w:val="22"/>
        </w:rPr>
        <w:t xml:space="preserve">COMO O TEREBINTO E COMO O CARVALHO, DOS QUAIS, DEPOIS DE DERRUBADOS, AINDA FICA </w:t>
      </w:r>
      <w:r>
        <w:rPr>
          <w:rFonts w:ascii="" w:hAnsi="" w:eastAsia=""/>
          <w:b/>
          <w:i/>
          <w:color w:val="008F00"/>
          <w:sz w:val="22"/>
        </w:rPr>
        <w:t xml:space="preserve">O TOCO, ASSIM A SANTA SEMENTE SERÁ O SEU TOCO </w:t>
      </w:r>
    </w:p>
    <w:p>
      <w:pPr>
        <w:autoSpaceDN w:val="0"/>
        <w:autoSpaceDE w:val="0"/>
        <w:widowControl/>
        <w:spacing w:line="256" w:lineRule="exact" w:before="478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OLHA O QUE ELE DIZ... </w:t>
      </w:r>
    </w:p>
    <w:p>
      <w:pPr>
        <w:autoSpaceDN w:val="0"/>
        <w:autoSpaceDE w:val="0"/>
        <w:widowControl/>
        <w:spacing w:line="488" w:lineRule="exact" w:before="0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AINDA QUE SOBRE QUASE NADA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AINDA QUE RESTE A DÉCIMA PARTE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COMO O CARVALHO E O TEREBINTO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SERÁ CONSUMIDO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ASSIM SERÁ TUA VIDA NESTA CASA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SERÁ COMO TEREBINTO/AZINHEIRA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CARVALHO </w:t>
      </w:r>
    </w:p>
    <w:p>
      <w:pPr>
        <w:autoSpaceDN w:val="0"/>
        <w:autoSpaceDE w:val="0"/>
        <w:widowControl/>
        <w:spacing w:line="256" w:lineRule="exact" w:before="59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TEREBINTO/AZINHEIRA... </w:t>
      </w:r>
    </w:p>
    <w:p>
      <w:pPr>
        <w:autoSpaceDN w:val="0"/>
        <w:autoSpaceDE w:val="0"/>
        <w:widowControl/>
        <w:spacing w:line="488" w:lineRule="exact" w:before="0" w:after="0"/>
        <w:ind w:left="1134" w:right="374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É UMA ÁRVORE QUE CHEGA A MEDIR 10 METROS DE ALTURA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É A MADEIRA MAIS RESISTENTE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 ÚLTIMA A ENTRAR EM ESTADO DE PUTREFAÇÃO (TIPO AROEIRA) </w:t>
      </w:r>
    </w:p>
    <w:p>
      <w:pPr>
        <w:autoSpaceDN w:val="0"/>
        <w:autoSpaceDE w:val="0"/>
        <w:widowControl/>
        <w:spacing w:line="488" w:lineRule="exact" w:before="360" w:after="0"/>
        <w:ind w:left="1134" w:right="1296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ERA LARGAMENTE UTILIZADA EM COISAS QUE DEMANDAVAM RESISTÊNCIA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A 1ª MADEIRA UTILIZADA PARA FAZER A RODA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MUITO UTILIZADA COMO LENHA NOS PAÍSES FRIOS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TEM FACILIDADE PARA PEGAR FOGO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TAMBÉM PARA MANTER O FOGO POR MAIS TEMPO </w:t>
      </w:r>
    </w:p>
    <w:p>
      <w:pPr>
        <w:autoSpaceDN w:val="0"/>
        <w:autoSpaceDE w:val="0"/>
        <w:widowControl/>
        <w:spacing w:line="488" w:lineRule="exact" w:before="362" w:after="0"/>
        <w:ind w:left="1134" w:right="576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OUTRA COISA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DO FRUTO DA AZINHEIRA SAI UMA ESSÊNCIA... </w:t>
      </w:r>
    </w:p>
    <w:p>
      <w:pPr>
        <w:autoSpaceDN w:val="0"/>
        <w:autoSpaceDE w:val="0"/>
        <w:widowControl/>
        <w:spacing w:line="256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TEM PODER DESINFECTANTE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TEM UM PERFUME ÚNICO/DIFERENCIADO </w:t>
      </w:r>
    </w:p>
    <w:p>
      <w:pPr>
        <w:autoSpaceDN w:val="0"/>
        <w:autoSpaceDE w:val="0"/>
        <w:widowControl/>
        <w:spacing w:line="256" w:lineRule="exact" w:before="59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 ISAÍAS...AO FAZER ESSA COMPARAÇÃO SABIA... </w:t>
      </w:r>
    </w:p>
    <w:p>
      <w:pPr>
        <w:autoSpaceDN w:val="0"/>
        <w:autoSpaceDE w:val="0"/>
        <w:widowControl/>
        <w:spacing w:line="488" w:lineRule="exact" w:before="0" w:after="0"/>
        <w:ind w:left="1134" w:right="3024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QUER FAZER FOGO RÁPIDO?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USA TEREBINTO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QUER MANTER A CHAMA POR MAIS TEMPO?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USA TEREBINTO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QUER FAZER RODA PARA AS CARRUAGENS?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USA TEREBINTO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QUER UMA ESSÊNCIA/UM PERFUME GOSTOSO?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AZINHEIRA/TEREBINTO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MAS ISAÍAS TAMBÉM FALA DO CARVALHO... </w:t>
      </w:r>
    </w:p>
    <w:p>
      <w:pPr>
        <w:autoSpaceDN w:val="0"/>
        <w:tabs>
          <w:tab w:pos="5820" w:val="left"/>
        </w:tabs>
        <w:autoSpaceDE w:val="0"/>
        <w:widowControl/>
        <w:spacing w:line="484" w:lineRule="exact" w:before="2" w:after="0"/>
        <w:ind w:left="1134" w:right="432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O CARVALHO É CONSIDERADO “A ÁRVORE DAS ÁRVORES”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É A ÁRVORE MAIS RESISTENTE ÀS TEMPESTADES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10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1130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QUANTO MAIS DEFORMADO MAIS ANTIGO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POR QUE??? </w:t>
      </w:r>
    </w:p>
    <w:p>
      <w:pPr>
        <w:autoSpaceDN w:val="0"/>
        <w:autoSpaceDE w:val="0"/>
        <w:widowControl/>
        <w:spacing w:line="488" w:lineRule="exact" w:before="0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PORQUE AGUENTA TODO TIPO DE VENTO/FRIO/TEMPESTADE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PERMANECE EM PÉ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ESSAS SITUAÇÕES ADVERSAS…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PRODUZEM MARCAS/DEFORMIDADES NO CARVALHO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 PRA ELE CARVALHO SÃO MOTIVO DE ORGULHO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/>
          <w:color w:val="531B93"/>
          <w:sz w:val="22"/>
        </w:rPr>
        <w:t xml:space="preserve">AGUENTEI/PERMANECI EM PÉ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TINHA ALGO QUE O SUSTENTAVA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RAÍZES PROFUNDAS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CRESCE 06 VEZES MAIS PRA BAIXO DO QUE CRESCE PARA CIMA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TEM UM METRO PRA CIMA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TEM 06 PRA BAIXO </w:t>
      </w:r>
    </w:p>
    <w:p>
      <w:pPr>
        <w:autoSpaceDN w:val="0"/>
        <w:autoSpaceDE w:val="0"/>
        <w:widowControl/>
        <w:spacing w:line="256" w:lineRule="exact" w:before="59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ISAÍAS...AO PERCEBER QUE... </w:t>
      </w:r>
    </w:p>
    <w:p>
      <w:pPr>
        <w:autoSpaceDN w:val="0"/>
        <w:autoSpaceDE w:val="0"/>
        <w:widowControl/>
        <w:spacing w:line="488" w:lineRule="exact" w:before="0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TEREBINTO/A AZINHEIRA AGUENTA TODO TIPO DE SITUAÇÃO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MUITO RESISTENTE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PEGA FOGO FÁCIL E MANTÉM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DÁ FRUTO COM PERFUME AGRADÁVEL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O CARVALHO CARREGAVA SOBRE SI AS MARCAS DA SUA RESISTÊNCIA DA SUA VITÓRIA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NOS TRAZ EXEMPLO DESSAS ÁRVORES COM RAÍZES PROFUNDAS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MARCADAS PELO TEMPO, MAS EM PÉ E FIRMES </w:t>
      </w:r>
    </w:p>
    <w:p>
      <w:pPr>
        <w:autoSpaceDN w:val="0"/>
        <w:autoSpaceDE w:val="0"/>
        <w:widowControl/>
        <w:spacing w:line="490" w:lineRule="exact" w:before="358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ISAÍAS PERCEBE ALGO NESSAS DUAS ÁRVORES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AS DUAS TEM FOLHAS “MARCESCENTES”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O QUE ISSO SIGNIFICA??? </w:t>
      </w:r>
    </w:p>
    <w:p>
      <w:pPr>
        <w:autoSpaceDN w:val="0"/>
        <w:autoSpaceDE w:val="0"/>
        <w:widowControl/>
        <w:spacing w:line="488" w:lineRule="exact" w:before="0" w:after="0"/>
        <w:ind w:left="1134" w:right="316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QUANDO O INVERNO CHEGA…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O CARVALHO E O TEREBINTO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ESTÃO CHEIOS DE FOLHAS VERDES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ÁRVORES BONITAS/VERDEJANTES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QUANDO O  INVERNO CHEGA (NAQUELA REGIÃO É FRIO PRA VALER)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PORTUGAL É ASSIM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ATHOS NOS EUA </w:t>
      </w:r>
    </w:p>
    <w:p>
      <w:pPr>
        <w:autoSpaceDN w:val="0"/>
        <w:autoSpaceDE w:val="0"/>
        <w:widowControl/>
        <w:spacing w:line="254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QUANDO ESSE INVERNO TERRÍVEL CHEGA... </w:t>
      </w:r>
    </w:p>
    <w:p>
      <w:pPr>
        <w:autoSpaceDN w:val="0"/>
        <w:autoSpaceDE w:val="0"/>
        <w:widowControl/>
        <w:spacing w:line="488" w:lineRule="exact" w:before="2" w:after="0"/>
        <w:ind w:left="1134" w:right="316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CARVALHO E O TEREBINTO COMEÇAM LUTAR PELA VIDA DA ÁRVORE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INVERNO DIZ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“TE DERRUBO”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TEREBINTO DIZ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“NÃO CAIO”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INVERNO DIZ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CARVALHO...TUA FOLHA VAI CAIR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O CARVALHO RESPONDE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VEM PRA CIMA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QUERO VER DERRUBAR </w:t>
      </w:r>
    </w:p>
    <w:p>
      <w:pPr>
        <w:autoSpaceDN w:val="0"/>
        <w:autoSpaceDE w:val="0"/>
        <w:widowControl/>
        <w:spacing w:line="256" w:lineRule="exact" w:before="59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AÍ COMEÇA O INVERNO...RIGOROSO/VENTOS CORTANTES/UM FRIO INSUPORTÁVEL </w:t>
      </w:r>
    </w:p>
    <w:p>
      <w:pPr>
        <w:autoSpaceDN w:val="0"/>
        <w:autoSpaceDE w:val="0"/>
        <w:widowControl/>
        <w:spacing w:line="280" w:lineRule="exact" w:before="304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11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88" w:lineRule="exact" w:before="896" w:after="0"/>
        <w:ind w:left="1134" w:right="144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AS FOLHAS VÃO MURCHANDO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HÁ UMA LUTA DAS ÁRVORES CONTRA AQUELA ESTAÇÃO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ELAS LUTAM COM TODAS AS SUAS FORÇAS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 DENTRO ESTÃO DIZENDO…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MINHAS FOLHAS ESTÃO MURCHANDO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APARENTEMENTE A ÁRVORE ESTÁ SECANDO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PORQUE TENHO RAÍZES PROFUNDAS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EU NÃO VOU ME ENTREGAR/NÃO VOU ME ENTREGAR </w:t>
      </w:r>
    </w:p>
    <w:p>
      <w:pPr>
        <w:autoSpaceDN w:val="0"/>
        <w:autoSpaceDE w:val="0"/>
        <w:widowControl/>
        <w:spacing w:line="256" w:lineRule="exact" w:before="59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 O INVERNO DIZ... </w:t>
      </w:r>
    </w:p>
    <w:p>
      <w:pPr>
        <w:autoSpaceDN w:val="0"/>
        <w:autoSpaceDE w:val="0"/>
        <w:widowControl/>
        <w:spacing w:line="488" w:lineRule="exact" w:before="0" w:after="0"/>
        <w:ind w:left="1134" w:right="3456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PERA AÍ: EU SOU O INVERNO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TUAS FOLHAS VÃO CAIR SIM/VÃO TER QUE CAIR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VOCÊ VAI SECAR </w:t>
      </w:r>
    </w:p>
    <w:p>
      <w:pPr>
        <w:autoSpaceDN w:val="0"/>
        <w:autoSpaceDE w:val="0"/>
        <w:widowControl/>
        <w:spacing w:line="256" w:lineRule="exact" w:before="59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 O CARVALHO DIZ... </w:t>
      </w:r>
    </w:p>
    <w:p>
      <w:pPr>
        <w:autoSpaceDN w:val="0"/>
        <w:autoSpaceDE w:val="0"/>
        <w:widowControl/>
        <w:spacing w:line="488" w:lineRule="exact" w:before="0" w:after="0"/>
        <w:ind w:left="1134" w:right="4896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QUERO VER CAIR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QUERO VER DERRUBAR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TENHO MAIOR TAMANHO PRA BAIXO DO QUE PRA CIMA </w:t>
      </w:r>
    </w:p>
    <w:p>
      <w:pPr>
        <w:autoSpaceDN w:val="0"/>
        <w:autoSpaceDE w:val="0"/>
        <w:widowControl/>
        <w:spacing w:line="446" w:lineRule="exact" w:before="762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2ª LIÇÃO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TUA LUTA TEVE DATA PRA COMEÇAR MAS TAMBÉM TEM DATA PRA TERMINAR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MANTENHA-SE ENRAIZADO NA PRESENÇA DE DEUS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ENTENDA!!! POR MAIS RIGOROSO QUE SEJA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INVERNO TEM DATA PRA COMEÇAR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TAMBÉM... DATA PRA TERMINAR </w:t>
      </w:r>
    </w:p>
    <w:p>
      <w:pPr>
        <w:autoSpaceDN w:val="0"/>
        <w:autoSpaceDE w:val="0"/>
        <w:widowControl/>
        <w:spacing w:line="488" w:lineRule="exact" w:before="358" w:after="0"/>
        <w:ind w:left="1134" w:right="288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DECLARE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ESSA SITUAÇÃO QUE VOCÊ ESTÁ ENFRENTANDO, TEVE DIA PRA COMEÇAR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EU SEI, TEM DIA PRA TERMINAR. </w:t>
      </w:r>
    </w:p>
    <w:p>
      <w:pPr>
        <w:autoSpaceDN w:val="0"/>
        <w:autoSpaceDE w:val="0"/>
        <w:widowControl/>
        <w:spacing w:line="254" w:lineRule="exact" w:before="23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POR ISSO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AGUENTA! FICA FIRME! PERMANEÇA!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VOCÊ TEM RAÍZES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E AÍ CHEGA O ÚLTIMO DIA DO INVERNO... </w:t>
      </w:r>
    </w:p>
    <w:p>
      <w:pPr>
        <w:autoSpaceDN w:val="0"/>
        <w:autoSpaceDE w:val="0"/>
        <w:widowControl/>
        <w:spacing w:line="488" w:lineRule="exact" w:before="0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O INVERNO COÇA A CABEÇA E SE PERGUNTA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COMO ESSAS ÁRVORES CONSEGUIRAM RESISTIR?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COMO AINDA HÁ FOLHAS NELAS? </w:t>
      </w:r>
    </w:p>
    <w:p>
      <w:pPr>
        <w:autoSpaceDN w:val="0"/>
        <w:autoSpaceDE w:val="0"/>
        <w:widowControl/>
        <w:spacing w:line="488" w:lineRule="exact" w:before="2" w:after="0"/>
        <w:ind w:left="1134" w:right="4464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SE DE TODAS AS OUTRAS ÁRVORES AS FOLHAS JÁ CAÍRAM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POR QUE SÓ ESSAS DUAS ESTÃO AGUENTANDO? </w:t>
      </w:r>
    </w:p>
    <w:p>
      <w:pPr>
        <w:autoSpaceDN w:val="0"/>
        <w:tabs>
          <w:tab w:pos="5820" w:val="left"/>
        </w:tabs>
        <w:autoSpaceDE w:val="0"/>
        <w:widowControl/>
        <w:spacing w:line="482" w:lineRule="exact" w:before="366" w:after="0"/>
        <w:ind w:left="1134" w:right="576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 AÍ.. 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DO NADA 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VEM A PRIMAVERA </w:t>
      </w:r>
      <w:r>
        <w:br/>
      </w:r>
      <w:r>
        <w:tab/>
      </w:r>
      <w:r>
        <w:rPr>
          <w:rFonts w:ascii="" w:hAnsi="" w:eastAsia=""/>
          <w:b w:val="0"/>
          <w:i w:val="0"/>
          <w:color w:val="000000"/>
          <w:sz w:val="24"/>
        </w:rPr>
        <w:t>12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90" w:lineRule="exact" w:before="896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NESSE MOMENTO SURGE UMA FORÇA NATURAL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DENTRO DA ÁRVORE ELA SABE…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“O TEMPO DO INVERNO ACABOU”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PORQUE ACABOU.... </w:t>
      </w:r>
    </w:p>
    <w:p>
      <w:pPr>
        <w:autoSpaceDN w:val="0"/>
        <w:autoSpaceDE w:val="0"/>
        <w:widowControl/>
        <w:spacing w:line="488" w:lineRule="exact" w:before="0" w:after="0"/>
        <w:ind w:left="1134" w:right="2880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AGORA AS FOLHAS PODEM SER TROCADAS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AS FOLHAS SURRADAS PELO FRIO DARÃO LUGAR A FOLHAS NOVAS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NO CASO DO TEREBINTO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FLORES COM AROMA AGRADÁVEL BROTARÃO </w:t>
      </w:r>
    </w:p>
    <w:p>
      <w:pPr>
        <w:autoSpaceDN w:val="0"/>
        <w:autoSpaceDE w:val="0"/>
        <w:widowControl/>
        <w:spacing w:line="488" w:lineRule="exact" w:before="360" w:after="0"/>
        <w:ind w:left="1134" w:right="4320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DECLARE PARA ALGUÉM 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Ô CARVALHO </w:t>
      </w: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FALA TEREBINTO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EU TÔ SENTINDO ALGO DIFERENTE EM MIM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EU ACHO QUE A PRIMAVERA CHEGOU OUTRA VEZ </w:t>
      </w:r>
    </w:p>
    <w:p>
      <w:pPr>
        <w:autoSpaceDN w:val="0"/>
        <w:autoSpaceDE w:val="0"/>
        <w:widowControl/>
        <w:spacing w:line="488" w:lineRule="exact" w:before="360" w:after="0"/>
        <w:ind w:left="1134" w:right="3168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EU TÔ SENTINDO QUE VAI NASCER COISA NOVA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EU TÔ SENTINDO UMA ALEGRIA AQUI DENTRO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UMA COISA QUE VEM SUBINDO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VEM LÁ DA RAIZ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ESSE INVERNO VAI PASSAR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LOGO! LOGO! A PRIMAVERA VAI CHEGAR </w:t>
      </w:r>
    </w:p>
    <w:p>
      <w:pPr>
        <w:autoSpaceDN w:val="0"/>
        <w:autoSpaceDE w:val="0"/>
        <w:widowControl/>
        <w:spacing w:line="488" w:lineRule="exact" w:before="360" w:after="0"/>
        <w:ind w:left="1134" w:right="3744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E AQUELA ÁRVORE DE RAÍZES PROFUNDAS SABE…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QUANDO SUAS FOLHAS CAEM… É PORQUE A PRIMAVERA CHEGOU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NAS OUTRAS ÁRVORES CAEM QUANDO O INVERNO CHEGA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MAS NO TEREBINTO QUANDO A FOLHA COMEÇA A CAIR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PORQUE ESTÁ NASCENDO UM NOVO TEMPO </w:t>
      </w:r>
      <w:r>
        <w:br/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ISSO É UMA ÁRVORE MARCESCENTE...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MARCESCENTE </w:t>
      </w: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 DIC. “ QUE MURCHA OU SECA SEM CAIR”. </w:t>
      </w:r>
    </w:p>
    <w:p>
      <w:pPr>
        <w:autoSpaceDN w:val="0"/>
        <w:autoSpaceDE w:val="0"/>
        <w:widowControl/>
        <w:spacing w:line="488" w:lineRule="exact" w:before="0" w:after="0"/>
        <w:ind w:left="1134" w:right="3312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FOLHAS QUE NÃO SE DESPRENDEM DA ÁRVORE DURANTE O INVERNO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E SÓ CAEM NA PRIMAVERA SEGUINTE”. </w:t>
      </w:r>
    </w:p>
    <w:p>
      <w:pPr>
        <w:autoSpaceDN w:val="0"/>
        <w:autoSpaceDE w:val="0"/>
        <w:widowControl/>
        <w:spacing w:line="488" w:lineRule="exact" w:before="362" w:after="0"/>
        <w:ind w:left="1134" w:right="1728" w:firstLine="0"/>
        <w:jc w:val="left"/>
      </w:pPr>
      <w:r>
        <w:rPr>
          <w:rFonts w:ascii="" w:hAnsi="" w:eastAsia=""/>
          <w:b w:val="0"/>
          <w:i w:val="0"/>
          <w:color w:val="FF0000"/>
          <w:sz w:val="22"/>
        </w:rPr>
        <w:t>→</w:t>
      </w:r>
      <w:r>
        <w:rPr>
          <w:rFonts w:ascii="" w:hAnsi="" w:eastAsia=""/>
          <w:b/>
          <w:i w:val="0"/>
          <w:color w:val="FF0000"/>
          <w:sz w:val="22"/>
        </w:rPr>
        <w:t xml:space="preserve"> DECLARE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QUANDO TUDO ESTIVER DIFÍCIL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QUANDO VOCÊ ESTIVER NO LIMITE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ESTIVER AGUENTANDO MAIS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QUANDO A FOLHA COMEÇAR A CAIR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CALMA!!!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É PORQUE A PRIMAVERA CHEGOU!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OLHA O QUE ISAÍAS DISSE… </w:t>
      </w:r>
    </w:p>
    <w:p>
      <w:pPr>
        <w:autoSpaceDN w:val="0"/>
        <w:autoSpaceDE w:val="0"/>
        <w:widowControl/>
        <w:spacing w:line="280" w:lineRule="exact" w:before="432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13</w:t>
      </w:r>
    </w:p>
    <w:p>
      <w:pPr>
        <w:sectPr>
          <w:pgSz w:w="11906" w:h="16838"/>
          <w:pgMar w:top="0" w:right="0" w:bottom="0" w:left="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418" w:lineRule="exact" w:before="968" w:after="0"/>
        <w:ind w:left="1134" w:right="1068" w:firstLine="0"/>
        <w:jc w:val="both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IS 6:13 (NVT)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SE AINDA SOBREVIVER UMA DÉCIMA PARTE, UM REMANESCENTE, ELA SERÁ </w:t>
      </w:r>
      <w:r>
        <w:rPr>
          <w:rFonts w:ascii="" w:hAnsi="" w:eastAsia=""/>
          <w:b/>
          <w:i/>
          <w:color w:val="008F00"/>
          <w:sz w:val="22"/>
        </w:rPr>
        <w:t xml:space="preserve">INVADIDA OUTRA VEZ E QUEIMADA. MAS, ASSIM COMO O TEREBINTO E O CARVALHO DEIXAM </w:t>
      </w:r>
      <w:r>
        <w:rPr>
          <w:rFonts w:ascii="" w:hAnsi="" w:eastAsia=""/>
          <w:b/>
          <w:i/>
          <w:color w:val="008F00"/>
          <w:sz w:val="22"/>
        </w:rPr>
        <w:t xml:space="preserve">UM TOCO QUANDO CORTADOS, O TOCO DE ISRAEL SERÁ UMA SEMENTE SANTA </w:t>
      </w:r>
    </w:p>
    <w:p>
      <w:pPr>
        <w:autoSpaceDN w:val="0"/>
        <w:autoSpaceDE w:val="0"/>
        <w:widowControl/>
        <w:spacing w:line="488" w:lineRule="exact" w:before="246" w:after="0"/>
        <w:ind w:left="1134" w:right="1584" w:firstLine="0"/>
        <w:jc w:val="left"/>
      </w:pP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AINDA QUE FIQUE SÓ A DÉCIMA PARTE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AINDA QUE SEJA QUEBRADO EM 10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 É CARVALHO/SE É TEREBINTO…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NÃO SERÁ EXTERMINADO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SE FOR INVADIDA/QUEIMADA/ATACADA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SERÁ SOMENTE A FOLHA DE INVERNO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MAS QUANDO A PRIMAVERA ROMPER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FOLHAS NOVAS BROTARÃO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SABE POR QUE?? </w:t>
      </w:r>
    </w:p>
    <w:p>
      <w:pPr>
        <w:autoSpaceDN w:val="0"/>
        <w:autoSpaceDE w:val="0"/>
        <w:widowControl/>
        <w:spacing w:line="256" w:lineRule="exact" w:before="232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 “PORQUE A SANTA SEMENTE SERÁ A FIRMEZA DELA” </w:t>
      </w:r>
    </w:p>
    <w:p>
      <w:pPr>
        <w:autoSpaceDN w:val="0"/>
        <w:autoSpaceDE w:val="0"/>
        <w:widowControl/>
        <w:spacing w:line="484" w:lineRule="exact" w:before="364" w:after="0"/>
        <w:ind w:left="1134" w:right="1872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DEUS TE FEZ CARVALHO E TEREBINTO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NÃO DESISTA POR CAUSA DOS ATAQUES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E POR MAIS QUE VOCÊ SE SINTA NUM MOMENTO DIFÍCIL… LEMBRE-SE</w:t>
      </w:r>
      <w:r>
        <w:br/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JÓ 14:7 (NAA)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PORQUE HÁ ESPERANÇA PARA A ÁRVORE, POIS, MESMO CORTADA, </w:t>
      </w:r>
      <w:r>
        <w:rPr>
          <w:rFonts w:ascii="" w:hAnsi="" w:eastAsia=""/>
          <w:b/>
          <w:i/>
          <w:color w:val="008F00"/>
          <w:sz w:val="22"/>
        </w:rPr>
        <w:t xml:space="preserve">VOLTARÁ A BROTAR, E NÃO CESSARÃO OS SEUS REBENTOS. </w:t>
      </w:r>
    </w:p>
    <w:p>
      <w:pPr>
        <w:autoSpaceDN w:val="0"/>
        <w:autoSpaceDE w:val="0"/>
        <w:widowControl/>
        <w:spacing w:line="430" w:lineRule="exact" w:before="0" w:after="0"/>
        <w:ind w:left="1134" w:right="1008" w:firstLine="0"/>
        <w:jc w:val="left"/>
      </w:pP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V.8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SE AS SUAS RAÍZES ENVELHECEREM NA TERRA, E O SEU TRONCO MORRER NO CHÃO,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V.9 </w:t>
      </w:r>
      <w:r>
        <w:rPr>
          <w:rFonts w:ascii="" w:hAnsi="" w:eastAsia=""/>
          <w:b w:val="0"/>
          <w:i w:val="0"/>
          <w:color w:val="008F00"/>
          <w:sz w:val="22"/>
        </w:rPr>
        <w:t>→</w:t>
      </w:r>
      <w:r>
        <w:rPr>
          <w:rFonts w:ascii="" w:hAnsi="" w:eastAsia=""/>
          <w:b/>
          <w:i/>
          <w:color w:val="008F00"/>
          <w:sz w:val="22"/>
        </w:rPr>
        <w:t xml:space="preserve"> AO CHEIRO DAS ÁGUAS BROTARÁ E DARÁ RAMOS COMO A PLANTA NOVA </w:t>
      </w:r>
    </w:p>
    <w:p>
      <w:pPr>
        <w:autoSpaceDN w:val="0"/>
        <w:autoSpaceDE w:val="0"/>
        <w:widowControl/>
        <w:spacing w:line="488" w:lineRule="exact" w:before="360" w:after="0"/>
        <w:ind w:left="1134" w:right="3456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QUERO TE CONVIDAR A APROFUNDAR SUAS RAÍZES TE LEMBRANDO… </w:t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1. A PRESENÇA DE DEUS É A FONTE DE TODA VIDA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2. A PRESENÇA DE DEUS É A NOSSA MELHOR ESCOLHA </w:t>
      </w:r>
      <w:r>
        <w:br/>
      </w:r>
      <w:r>
        <w:rPr>
          <w:rFonts w:ascii="" w:hAnsi="" w:eastAsia=""/>
          <w:b w:val="0"/>
          <w:i w:val="0"/>
          <w:color w:val="531B93"/>
          <w:sz w:val="22"/>
        </w:rPr>
        <w:t>→</w:t>
      </w:r>
      <w:r>
        <w:rPr>
          <w:rFonts w:ascii="" w:hAnsi="" w:eastAsia=""/>
          <w:b/>
          <w:i w:val="0"/>
          <w:color w:val="531B93"/>
          <w:sz w:val="22"/>
        </w:rPr>
        <w:t xml:space="preserve"> 3. QUANDO NOS APROXIMAMOS DELE ELE SE APROXIMARÁ DE NÓS </w:t>
      </w:r>
    </w:p>
    <w:p>
      <w:pPr>
        <w:autoSpaceDN w:val="0"/>
        <w:autoSpaceDE w:val="0"/>
        <w:widowControl/>
        <w:spacing w:line="256" w:lineRule="exact" w:before="594" w:after="0"/>
        <w:ind w:left="1134" w:right="0" w:firstLine="0"/>
        <w:jc w:val="left"/>
      </w:pPr>
      <w:r>
        <w:rPr>
          <w:rFonts w:ascii="" w:hAnsi="" w:eastAsia=""/>
          <w:b w:val="0"/>
          <w:i w:val="0"/>
          <w:color w:val="FF2600"/>
          <w:sz w:val="22"/>
        </w:rPr>
        <w:t>→</w:t>
      </w:r>
      <w:r>
        <w:rPr>
          <w:rFonts w:ascii="" w:hAnsi="" w:eastAsia=""/>
          <w:b/>
          <w:i w:val="0"/>
          <w:color w:val="FF2600"/>
          <w:sz w:val="22"/>
        </w:rPr>
        <w:t xml:space="preserve"> COMO FAZER ISSO??? </w:t>
      </w:r>
    </w:p>
    <w:p>
      <w:pPr>
        <w:autoSpaceDN w:val="0"/>
        <w:autoSpaceDE w:val="0"/>
        <w:widowControl/>
        <w:spacing w:line="488" w:lineRule="exact" w:before="0" w:after="0"/>
        <w:ind w:left="1134" w:right="4608" w:firstLine="0"/>
        <w:jc w:val="left"/>
      </w:pP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1. TIRANDO UM TEMPO A SÓS COM DEUS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2. FAÇA PARTE DO PLANO DE LEITURA DA BÍBLIA </w:t>
      </w:r>
      <w:r>
        <w:br/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3. PARTICIPE ATIVAMENTE DE UMA DE NOSSAS CÉLULAS </w:t>
      </w:r>
      <w:r>
        <w:rPr>
          <w:rFonts w:ascii="" w:hAnsi="" w:eastAsia=""/>
          <w:b w:val="0"/>
          <w:i w:val="0"/>
          <w:color w:val="000000"/>
          <w:sz w:val="22"/>
        </w:rPr>
        <w:t>→</w:t>
      </w:r>
      <w:r>
        <w:rPr>
          <w:rFonts w:ascii="" w:hAnsi="" w:eastAsia=""/>
          <w:b/>
          <w:i w:val="0"/>
          <w:color w:val="000000"/>
          <w:sz w:val="22"/>
        </w:rPr>
        <w:t xml:space="preserve"> 4. FAÇA DOS NOSSOS CULTOS SEMANAIS UMA PRIORIDADE</w:t>
      </w:r>
    </w:p>
    <w:p>
      <w:pPr>
        <w:autoSpaceDN w:val="0"/>
        <w:autoSpaceDE w:val="0"/>
        <w:widowControl/>
        <w:spacing w:line="280" w:lineRule="exact" w:before="2516" w:after="0"/>
        <w:ind w:left="0" w:right="0" w:firstLine="0"/>
        <w:jc w:val="center"/>
      </w:pPr>
      <w:r>
        <w:rPr>
          <w:rFonts w:ascii="" w:hAnsi="" w:eastAsia=""/>
          <w:b w:val="0"/>
          <w:i w:val="0"/>
          <w:color w:val="000000"/>
          <w:sz w:val="24"/>
        </w:rPr>
        <w:t>14</w:t>
      </w:r>
    </w:p>
    <w:sectPr w:rsidR="00FC693F" w:rsidRPr="0006063C" w:rsidSect="00034616">
      <w:pgSz w:w="11906" w:h="16838"/>
      <w:pgMar w:top="0" w:right="0" w:bottom="0" w:left="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