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56" w:lineRule="exact" w:before="1130" w:after="0"/>
        <w:ind w:left="0" w:right="0" w:firstLine="0"/>
        <w:jc w:val="center"/>
      </w:pPr>
      <w:r>
        <w:rPr>
          <w:rFonts w:ascii="" w:hAnsi="" w:eastAsia=""/>
          <w:b/>
          <w:i w:val="0"/>
          <w:color w:val="FF2600"/>
          <w:sz w:val="22"/>
        </w:rPr>
        <w:t xml:space="preserve">28/01/2024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JEJUM PLANTADOS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TRONCOS FORTES </w:t>
      </w:r>
    </w:p>
    <w:p>
      <w:pPr>
        <w:autoSpaceDN w:val="0"/>
        <w:autoSpaceDE w:val="0"/>
        <w:widowControl/>
        <w:spacing w:line="488" w:lineRule="exact" w:before="362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NO ÚLTIMO DOMINGO TE CONVIDAMOS A APROFUNDAR SUAS RAÍZES LEMBRANDO QUE…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1. A PRESENÇA DE DEUS É A FONTE DE TODA VIDA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2. A PRESENÇA DE DEUS É A NOSSA MELHOR ESCOLHA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3. QUANDO NOS APROXIMAMOS DELE ELE SE APROXIMARÁ DE NÓS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COMO FAZER ISSO??? </w:t>
      </w:r>
    </w:p>
    <w:p>
      <w:pPr>
        <w:autoSpaceDN w:val="0"/>
        <w:autoSpaceDE w:val="0"/>
        <w:widowControl/>
        <w:spacing w:line="488" w:lineRule="exact" w:before="0" w:after="0"/>
        <w:ind w:left="1134" w:right="403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1. TIRANDO UM TEMPO A SÓS COM DEUS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2. FAZENDO O PLANO DE LEITURA DA BÍBLIA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3. PARTICIPANDO ATIVAMENTE DE UMA DE NOSSAS CÉLULAS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4. FAZENDO DOS NOSSOS CULTOS SEMANAIS UMA PRIORIDADE </w:t>
      </w:r>
    </w:p>
    <w:p>
      <w:pPr>
        <w:autoSpaceDN w:val="0"/>
        <w:autoSpaceDE w:val="0"/>
        <w:widowControl/>
        <w:spacing w:line="488" w:lineRule="exact" w:before="362" w:after="0"/>
        <w:ind w:left="1134" w:right="273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E, NESTE CULTO, AO FALAR SOBRE TRONCOS FORTES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QUERO MINISTRAR SOBRE A IMPORTÂNCIA DE ESTAR AQUI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VITALIDADE QUE HÁ EM ESTAR PLANTADOS NA CASA DO SENHOR (DO PAI)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VIDA QUE ESTÁ EM ESTAR ATIVO NA CÉLULA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VIVER EM COMUNIDADE </w:t>
      </w:r>
    </w:p>
    <w:p>
      <w:pPr>
        <w:autoSpaceDN w:val="0"/>
        <w:autoSpaceDE w:val="0"/>
        <w:widowControl/>
        <w:spacing w:line="446" w:lineRule="exact" w:before="40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92:12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JUSTO FLORESCERÁ COMO A PALMEIRA, CRESCERÁ COMO O CEDRO NO </w:t>
      </w:r>
      <w:r>
        <w:rPr>
          <w:rFonts w:ascii="" w:hAnsi="" w:eastAsia=""/>
          <w:b/>
          <w:i/>
          <w:color w:val="008F00"/>
          <w:sz w:val="22"/>
        </w:rPr>
        <w:t xml:space="preserve">LÍBANO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PLANTADOS NA CASA DO SENHOR, FLORESCERÃO NOS ÁTRIOS DO NOSSO DEUS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V.14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NA VELHICE DARÃO AINDA FRUTOS, SERÃO CHEIOS DE SEIVA E DE VERDOR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BENÇÃOS PRA 2024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VITALIDADE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ESTABILIDADE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PRODUTIVIDADE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PROSPERIDADE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ESTAMOS ENTRANDO NA NOSSA 3ª SEMANA DE JEJUM COM O TEMA PLANTADOS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RAÍZES PROFUNDAS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TRONCOS FORTES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RAMOS FRUTÍFEROS </w:t>
      </w:r>
    </w:p>
    <w:p>
      <w:pPr>
        <w:autoSpaceDN w:val="0"/>
        <w:tabs>
          <w:tab w:pos="5886" w:val="left"/>
        </w:tabs>
        <w:autoSpaceDE w:val="0"/>
        <w:widowControl/>
        <w:spacing w:line="462" w:lineRule="exact" w:before="386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PLANTADOS NA CASA DO SENHOR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ISSO QUE QUERO MINISTRAR HOJE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CREIO QUE O SENHOR EM 2024 ESTÁ TRAZENDO O FOGO DA SUA PRESENÇA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FOGO E TEM VIDA NESTE LUGAR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HÁ UM MURO DE PROTEÇÃO AO NOSSO REDOR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HAJA LIBERDADE NESTE LUGAR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ABRE OS OUVIDOS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ABRE AS MENTES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DÁ DISPOSIÇÃO NOVA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TIRA O CANSAÇO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TODO CORPO MOLE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DÁ NESTE ANO UMA FOME/UM DESEJO POR TUA PALAVRA E POR TUA PRESENÇA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ATIVA A ATMOSFERA ESPIRITUAL DESTA CASA E FAZ ARDER NOSSOS CORAÇÕES POR TI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NÓS QUEREMOS OUVIR A TUA VOZ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A PALAVRA DESTE CULTO VIRE UMA CHAVE EM CORAÇÕES </w:t>
      </w:r>
    </w:p>
    <w:p>
      <w:pPr>
        <w:autoSpaceDN w:val="0"/>
        <w:autoSpaceDE w:val="0"/>
        <w:widowControl/>
        <w:spacing w:line="488" w:lineRule="exact" w:before="362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CASA DE DEUS, TODOS SABEMOS, NÃO É UM PRÉDIO, SOMOS NÓS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AT 17:24 (ARC)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… DEUS NÃO HABITA EM TEMPLOS FEITOS POR MÃOS HUMANAS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HABITA NOS CORAÇÕES </w:t>
      </w:r>
    </w:p>
    <w:p>
      <w:pPr>
        <w:autoSpaceDN w:val="0"/>
        <w:autoSpaceDE w:val="0"/>
        <w:widowControl/>
        <w:spacing w:line="488" w:lineRule="exact" w:before="362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MESMO ASSIM…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LUGAR DE NOSSAS REUNIÕES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AJUNTAMENTO DOS SANTOS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CASA DE DEUS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ESPAÇO FÍSICO ONDE NOS REUNIMOS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PODE SER DESPREZADO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SIM UM LOCAL DE EXPERIÊNCIAS MARAVILHOSAS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ENSINO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APRENDIZADO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CELEBRAÇÃO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COMUNHÃO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VIDA </w:t>
      </w:r>
    </w:p>
    <w:p>
      <w:pPr>
        <w:autoSpaceDN w:val="0"/>
        <w:autoSpaceDE w:val="0"/>
        <w:widowControl/>
        <w:spacing w:line="488" w:lineRule="exact" w:before="358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BÍBLIA CONTÉM MUITAS MENÇÕES SOBRE A CASA DE DEUS EM UM LOCAL FÍSICO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IGREJA PRIMITIVA SE REUNIA NO TEMPLO E NAS CASAS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NO SALMO QUE LEMOS FALA SOBRE DUAS ÁRVORES COMPARADAS AO JUSTO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PALMEIRA E CEDRO DO LÍBANO PLANTADOS NA CASA DO SENHOR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DOMINGO PASSADO MINISTREI SOBRE CARVALHO E TEREBINTO </w:t>
      </w:r>
    </w:p>
    <w:p>
      <w:pPr>
        <w:autoSpaceDN w:val="0"/>
        <w:autoSpaceDE w:val="0"/>
        <w:widowControl/>
        <w:spacing w:line="488" w:lineRule="exact" w:before="360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JUSTO FLORESCERÁ COMO A PALMEIRA CRESCERÁ COMO O CEDRO DO LÍBANO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DAVI AQUI NO SALMO 92 AO DESCREVER COMO DEVE SER A VIDA DE UM JUSTO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UM HOMEM E DE UMA MULHER QUE TEMEM AO SENHOR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 FORMA COMO CRESCEMOS E FLORESCEMOS NA CASA DE DEUS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DIZ: OBSERVEM A PALMEIRA E OBSERVEM O CEDRO </w:t>
      </w:r>
    </w:p>
    <w:p>
      <w:pPr>
        <w:autoSpaceDN w:val="0"/>
        <w:autoSpaceDE w:val="0"/>
        <w:widowControl/>
        <w:spacing w:line="492" w:lineRule="exact" w:before="356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1ª LIÇÃO DA PALMEIRA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UMA ÁRVORE QUE CRESCE DE DENTRO PRA FORA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INTERIOR DA PALMEIRA É BRANCO E NA MAIORIA DAS VEZES MACIO (PALMITO)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PALMEIRA DIFICILMENTE APODRECE EM SEU INTERIOR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ASSIM DEVEMOS SER…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CORAÇÃO LIMPO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ALVO MAIS QUE A NEVE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LAVADOS PELO SANGUE DO CORDEIRO</w:t>
      </w:r>
      <w:r>
        <w:rPr>
          <w:rFonts w:ascii="" w:hAnsi="" w:eastAsia=""/>
          <w:b/>
          <w:i w:val="0"/>
          <w:color w:val="531B93"/>
          <w:sz w:val="22"/>
        </w:rPr>
        <w:t>⁷</w:t>
      </w:r>
    </w:p>
    <w:p>
      <w:pPr>
        <w:autoSpaceDN w:val="0"/>
        <w:autoSpaceDE w:val="0"/>
        <w:widowControl/>
        <w:spacing w:line="280" w:lineRule="exact" w:before="296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2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76" w:lineRule="exact" w:before="91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51:7 (NVT)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PURIFICA-ME DE MINHA IMPUREZA, E FICAREI LIMPO; LAVA-ME, E FICAREI </w:t>
      </w:r>
      <w:r>
        <w:rPr>
          <w:rFonts w:ascii="" w:hAnsi="" w:eastAsia=""/>
          <w:b/>
          <w:i/>
          <w:color w:val="008F00"/>
          <w:sz w:val="22"/>
        </w:rPr>
        <w:t xml:space="preserve">MAIS BRANCO QUE A NEVE </w:t>
      </w:r>
    </w:p>
    <w:p>
      <w:pPr>
        <w:autoSpaceDN w:val="0"/>
        <w:autoSpaceDE w:val="0"/>
        <w:widowControl/>
        <w:spacing w:line="418" w:lineRule="exact" w:before="316" w:after="0"/>
        <w:ind w:left="1134" w:right="1066" w:firstLine="0"/>
        <w:jc w:val="both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IS 1:18 (NVT)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VENHAM, VAMOS RESOLVER ESTE ASSUNTO”, DIZ O SENHOR. "EMBORA </w:t>
      </w:r>
      <w:r>
        <w:rPr>
          <w:rFonts w:ascii="" w:hAnsi="" w:eastAsia=""/>
          <w:b/>
          <w:i/>
          <w:color w:val="008F00"/>
          <w:sz w:val="22"/>
        </w:rPr>
        <w:t xml:space="preserve">SEUS PECADOS SEJAM COMO O ESCARLATE, EU OS TORNAREI BRANCOS COMO A NEVE; </w:t>
      </w:r>
      <w:r>
        <w:rPr>
          <w:rFonts w:ascii="" w:hAnsi="" w:eastAsia=""/>
          <w:b/>
          <w:i/>
          <w:color w:val="008F00"/>
          <w:sz w:val="22"/>
        </w:rPr>
        <w:t xml:space="preserve">EMBORA SEJAM VERMELHOS COMO O CARMESIM, EU OS TORNAREI BRANCOS COMO A LÃ. </w:t>
      </w:r>
    </w:p>
    <w:p>
      <w:pPr>
        <w:autoSpaceDN w:val="0"/>
        <w:autoSpaceDE w:val="0"/>
        <w:widowControl/>
        <w:spacing w:line="256" w:lineRule="exact" w:before="476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DECLARE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MEU CORAÇÃO NÃO É LUGAR DE IMPUREZA </w:t>
      </w:r>
    </w:p>
    <w:p>
      <w:pPr>
        <w:autoSpaceDN w:val="0"/>
        <w:autoSpaceDE w:val="0"/>
        <w:widowControl/>
        <w:spacing w:line="488" w:lineRule="exact" w:before="720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 2ª LIÇÃO DA PALMEIRA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ELA TEM CAPACIDADE DE CRESCER NOS PIORES DESERTOS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NO DESERTO DO SAARA O SOL É TÃO INTENSO QUE NÃO HÁ ÁRVORE QUE RESISTA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NAQUELA IMENSIDÃO DE AREIA EXISTEM PALMEIRAS QUE ESTÃO LÁ FIRMES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A PALMEIRA TEM A CAPACIDADE DE VIVER NAS MAIS DIFÍCEIS SITUAÇÕES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TJ SEPAREI ESTA FOTO, MAS PODE SER OUTRA (PALMEIRA SOLITÁRIA NO SAARA)</w:t>
      </w:r>
    </w:p>
    <w:p>
      <w:pPr>
        <w:autoSpaceDN w:val="0"/>
        <w:autoSpaceDE w:val="0"/>
        <w:widowControl/>
        <w:spacing w:line="240" w:lineRule="auto" w:before="340" w:after="0"/>
        <w:ind w:left="1264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760729" cy="12941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0729" cy="1294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2394" w:val="left"/>
        </w:tabs>
        <w:autoSpaceDE w:val="0"/>
        <w:widowControl/>
        <w:spacing w:line="488" w:lineRule="exact" w:before="142" w:after="0"/>
        <w:ind w:left="1134" w:right="374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DECLARE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JUSTO É COMO A PALMEIRA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MESMO NAS PIORES CONDIÇÕES EU VOU PREVALECER </w:t>
      </w:r>
    </w:p>
    <w:p>
      <w:pPr>
        <w:autoSpaceDN w:val="0"/>
        <w:autoSpaceDE w:val="0"/>
        <w:widowControl/>
        <w:spacing w:line="488" w:lineRule="exact" w:before="362" w:after="248"/>
        <w:ind w:left="1134" w:right="345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 EXISTE OUTRA CURIOSIDADE NO DESERTO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VOCÊ AVISTAR UM GRUPO DE PALMEIRAS SEJA DE 10, 20 OU MAIS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AO LADO DA OUTRA NO MEIO DO DESERTO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TODOS QUE CONHECEM DESERTO SABEM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ALI TEM UM OÁSIS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QUEM CHEGAR ALI VAI ENCONTRAR SOMBRA E ÁGUA FRESCA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20.0" w:type="dxa"/>
      </w:tblPr>
      <w:tblGrid>
        <w:gridCol w:w="4513"/>
        <w:gridCol w:w="4513"/>
      </w:tblGrid>
      <w:tr>
        <w:trPr>
          <w:trHeight w:hRule="exact" w:val="2282"/>
        </w:trPr>
        <w:tc>
          <w:tcPr>
            <w:tcW w:type="dxa" w:w="460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0" w:after="0"/>
              <w:ind w:left="756" w:righ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081529" cy="138557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29" cy="13855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0" w:lineRule="exact" w:before="1832" w:after="0"/>
              <w:ind w:left="566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sz w:val="24"/>
              </w:rPr>
              <w:t>3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DECLARE PRO QUEM ESTÁ AO TEU LADO E PERTO DE VOCÊ: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 EU ESTIVER NO DESERTO SOZINHO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SOBREVIVO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SE VOCÊS ESTIVEREM AO MEU LADO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MEU DESERTO VAI VIRAR UM OÁSIS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NO MEIO DA AREIA ESCALDANTE VAI TER SOMBRA E ÁGUA FRESCA (PEGOU ESTA???) </w:t>
      </w:r>
    </w:p>
    <w:p>
      <w:pPr>
        <w:autoSpaceDN w:val="0"/>
        <w:autoSpaceDE w:val="0"/>
        <w:widowControl/>
        <w:spacing w:line="488" w:lineRule="exact" w:before="36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EU PROFETIZO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ESTÁ EM NÓS JUNTOS A CAPACIDADE DE TRANSFORMAÇÃO DE DESERTOS EM OÁSIS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PALMEIRA PLANTADA NA CASA DO SENHOR QUANDO SE JUNTA A OUTRAS PALMEIRAS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FAZ DAQUELE LUGAR DIFÍCIL UM LUGAR DE REFRIGÉRIO E DESCANSO </w:t>
      </w:r>
    </w:p>
    <w:p>
      <w:pPr>
        <w:autoSpaceDN w:val="0"/>
        <w:autoSpaceDE w:val="0"/>
        <w:widowControl/>
        <w:spacing w:line="488" w:lineRule="exact" w:before="360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DECLARE BEM ALTO: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MINHA CASA SERÁ UM OÁSIS NO MEIO DO DESERTO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MINHA CÉLULA É UM OÁSIS NESTE DESERTO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CASA DO PAI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NOSSA IGREJA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UM OÁSIS NO MEIO DO DESERTO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ESTAMOS JUNTOS E UNIDOS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MESMO QUE SEJA O DESERTO MAIS DIFÍCIL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NINGUÉM VAI PERECER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VAI TER OÁSIS NO MEIO DO DESERTO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SOMOS O CORPO… </w:t>
      </w:r>
    </w:p>
    <w:p>
      <w:pPr>
        <w:autoSpaceDN w:val="0"/>
        <w:autoSpaceDE w:val="0"/>
        <w:widowControl/>
        <w:spacing w:line="446" w:lineRule="exact" w:before="40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3ª LIÇÃO DA PALMEIRA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 PALMEIRA É UMA DAS ÁRVORES MAIS DIFÍCEIS DE SER </w:t>
      </w:r>
      <w:r>
        <w:rPr>
          <w:rFonts w:ascii="" w:hAnsi="" w:eastAsia=""/>
          <w:b/>
          <w:i w:val="0"/>
          <w:color w:val="FF2600"/>
          <w:sz w:val="22"/>
        </w:rPr>
        <w:t xml:space="preserve">DERRUBADA PELOS VENTOS MAS, MESMO CAÍDA, TEM CAPACIDADE DE CRESCER NOVAMENTE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PRA DERRUBAR UMA ÁRVORE BASTA UM VENTO DE 50KM/H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PRA DERRUBAR UMA PALMEIRA PRECISA DE UM VENTO DE MAIS DE 150 KM/H </w:t>
      </w:r>
    </w:p>
    <w:p>
      <w:pPr>
        <w:autoSpaceDN w:val="0"/>
        <w:autoSpaceDE w:val="0"/>
        <w:widowControl/>
        <w:spacing w:line="488" w:lineRule="exact" w:before="360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VOCÊ FOI LEVANTADO POR DEUS PARA RESISTIR VENTOS E TEMPESTADES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AGUENTA FIRME! AGUENTA FIRME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É QUALQUER VENTO QUE VAI TE DERRUBAR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TEM VENTO QUE POSSA TE ARRANCAR DESTE LUGAR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VOCÊ ESTÁ PLANTADO NA CASA DO SENHOR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 GUARDE ISSO!!! </w:t>
      </w:r>
    </w:p>
    <w:p>
      <w:pPr>
        <w:autoSpaceDN w:val="0"/>
        <w:autoSpaceDE w:val="0"/>
        <w:widowControl/>
        <w:spacing w:line="488" w:lineRule="exact" w:before="0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VOCÊ JOGAR UMA PALMEIRA NO CHÃO (VOCÊ JÁ DEVE TER VISTO NAS PRAIAS)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ELA FICA TORTA, MAS VIRA “O PESCOÇO PRA CIMA” E, CONTINUA CRESCENDO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VOLTA A OLHAR PRO CÉU E CONTINUA CRESCENDO </w:t>
      </w:r>
    </w:p>
    <w:p>
      <w:pPr>
        <w:autoSpaceDN w:val="0"/>
        <w:autoSpaceDE w:val="0"/>
        <w:widowControl/>
        <w:spacing w:line="280" w:lineRule="exact" w:before="43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4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2" w:lineRule="exact" w:before="90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MOSTRAR FOTO DE PALMEIRA CAÍDA (TRONCO NO CHÃO E COPA VOLTADA PRA CIMA)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MQ 7:7 (NVT)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QUANTO A MIM, BUSCO O SENHOR E ESPERO CONFIANTE QUE DEUS ME </w:t>
      </w:r>
      <w:r>
        <w:rPr>
          <w:rFonts w:ascii="" w:hAnsi="" w:eastAsia=""/>
          <w:b/>
          <w:i/>
          <w:color w:val="008F00"/>
          <w:sz w:val="22"/>
        </w:rPr>
        <w:t xml:space="preserve">SALVE; CERTAMENTE MEU DEUS ME OUVIRÁ! </w:t>
      </w:r>
    </w:p>
    <w:p>
      <w:pPr>
        <w:autoSpaceDN w:val="0"/>
        <w:autoSpaceDE w:val="0"/>
        <w:widowControl/>
        <w:spacing w:line="424" w:lineRule="exact" w:before="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V.8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NÃO SE ALEGREM, MEUS INIMIGOS; POIS, MESMO QUE EU CAIA, VOLTAREI A ME </w:t>
      </w:r>
      <w:r>
        <w:rPr>
          <w:rFonts w:ascii="" w:hAnsi="" w:eastAsia=""/>
          <w:b/>
          <w:i/>
          <w:color w:val="008F00"/>
          <w:sz w:val="22"/>
        </w:rPr>
        <w:t xml:space="preserve">LEVANTAR. AINDA QUE EU ESTEJA EM TREVAS, O SENHOR SERÁ MINHA LUZ. </w:t>
      </w:r>
    </w:p>
    <w:p>
      <w:pPr>
        <w:autoSpaceDN w:val="0"/>
        <w:autoSpaceDE w:val="0"/>
        <w:widowControl/>
        <w:spacing w:line="488" w:lineRule="exact" w:before="244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SOU PALMEIRA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PALMEIRA DOBRA MAS NÃO QUEBRA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O VENTO FORTE BATE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ELA ATÉ DOBRA, MAS NÃO QUEBRA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TÁ BATENDO UM VENTO FORTE AÍ PALMEIRA DO SENHOR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VC SERVE UM DEUS QUE ACALMA OS VENTOS E AS TEMPESTADES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VAI PASSAR </w:t>
      </w:r>
    </w:p>
    <w:p>
      <w:pPr>
        <w:autoSpaceDN w:val="0"/>
        <w:autoSpaceDE w:val="0"/>
        <w:widowControl/>
        <w:spacing w:line="488" w:lineRule="exact" w:before="72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4ª LIÇÃO DA PALMEIRA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DA PALMEIRA SE APROVEITA TUDO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TUDO EXATAMENTE TUDO QUE ACONTECE COM VOCÊ SERVE PRA ALGUMA COISA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NADA QUE ESTÁ ACONTECENDO COM VOCÊ ACONTECE POR ACASO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PODE NÃO COMPREENDER E NEM ENTENDER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ESSA LEVE E MOMENTÂNEA TRIBULAÇÃO SERÁ UM PESO DE GLÓRIA NA TUA VIDA </w:t>
      </w:r>
    </w:p>
    <w:p>
      <w:pPr>
        <w:autoSpaceDN w:val="0"/>
        <w:autoSpaceDE w:val="0"/>
        <w:widowControl/>
        <w:spacing w:line="488" w:lineRule="exact" w:before="358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TUDO QUE ACONTECE NA TUA VIDA TEM UMA UTILIDADE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LUTA TEM UTILIDADE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PROBLEMA TEM UTILIDADE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LÁGRIMA TEM UTILIDADE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TUDO NA PALMEIRA TEM UTILIDADE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SABE POR QUE??? </w:t>
      </w:r>
    </w:p>
    <w:p>
      <w:pPr>
        <w:autoSpaceDN w:val="0"/>
        <w:autoSpaceDE w:val="0"/>
        <w:widowControl/>
        <w:spacing w:line="476" w:lineRule="exact" w:before="1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RM 8:28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SABEMOS QUE TODAS AS COISAS COOPERAM PARA O BEM DAQUELES QUE </w:t>
      </w:r>
      <w:r>
        <w:rPr>
          <w:rFonts w:ascii="" w:hAnsi="" w:eastAsia=""/>
          <w:b/>
          <w:i/>
          <w:color w:val="008F00"/>
          <w:sz w:val="22"/>
        </w:rPr>
        <w:t xml:space="preserve">AMAM A DEUS, DAQUELES QUE SÃO CHAMADOS SEGUNDO O SEU PROPÓSITO </w:t>
      </w:r>
    </w:p>
    <w:p>
      <w:pPr>
        <w:autoSpaceDN w:val="0"/>
        <w:autoSpaceDE w:val="0"/>
        <w:widowControl/>
        <w:spacing w:line="256" w:lineRule="exact" w:before="476" w:after="332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SERÁ QUE TERM TRONCOS FORTES NESTE LUGAR????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UMA OBSERVAÇÃO: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0.0" w:type="dxa"/>
      </w:tblPr>
      <w:tblGrid>
        <w:gridCol w:w="4513"/>
        <w:gridCol w:w="4513"/>
      </w:tblGrid>
      <w:tr>
        <w:trPr>
          <w:trHeight w:hRule="exact" w:val="1864"/>
        </w:trPr>
        <w:tc>
          <w:tcPr>
            <w:tcW w:type="dxa" w:w="336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0" w:after="0"/>
              <w:ind w:left="636" w:righ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662429" cy="110744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29" cy="110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48" w:after="0"/>
              <w:ind w:left="134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531B93"/>
                <w:sz w:val="22"/>
              </w:rPr>
              <w:t xml:space="preserve">` </w:t>
            </w:r>
          </w:p>
        </w:tc>
      </w:tr>
    </w:tbl>
    <w:p>
      <w:pPr>
        <w:autoSpaceDN w:val="0"/>
        <w:tabs>
          <w:tab w:pos="5886" w:val="left"/>
        </w:tabs>
        <w:autoSpaceDE w:val="0"/>
        <w:widowControl/>
        <w:spacing w:line="418" w:lineRule="exact" w:before="34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EM JANEIRO DE 2005 HOUVE UM GRANDE TSUNAMI NA INDONÉSIA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NAQUELA EPOCA OS MEIOS DE DIVULGAÇÃO DIVULGARAM UMA MATÉRIA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JOVEM DE 23 ANOS RESISTIU POR CINCO DIAS AGARRADA A UM TRONCO DE PALMEIRA </w:t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5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https://www.bbc.com/portuguese/reporterbbc/story/2005/01/050103_sobreviventeg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NO DIA DA LUTA SE AGARRA NUMA PALMEIRA, QUE NÃO HÁ TSUNAMI QUE VAI TE MATAR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NADA VAI TE ARRANCAR DO PROPÓSITO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TODAS AS COISAS COOPERAM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FICA AGARRADO ÀS PALMEIRAS DA CÉLULA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FICA AGARRADO À COMUNHÃO DA CÉLULA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FICA AGARRADO À ORAÇÃO DA CÉLULA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FICA AGARRADO ÀS PALMEIRAS QUE ESTÃO AO TEU LADO E NENHUM TSUNAMI VAI TE LEVAR</w:t>
      </w:r>
    </w:p>
    <w:p>
      <w:pPr>
        <w:autoSpaceDN w:val="0"/>
        <w:autoSpaceDE w:val="0"/>
        <w:widowControl/>
        <w:spacing w:line="490" w:lineRule="exact" w:before="360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MESMO COM TODAS AS VIRTUDES QUE EU CITEI SOBRE A PALMEIRA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UMA COISA QUE A PALMEIRA NÃO AGUENTA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VIVER NUM AMBIENTE GELADO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ELA VIVE NO DESERTO DO SAARA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NÃO ACHEI UMA FOTO DE PALMEIRA NO ALASCA </w:t>
      </w:r>
    </w:p>
    <w:p>
      <w:pPr>
        <w:autoSpaceDN w:val="0"/>
        <w:autoSpaceDE w:val="0"/>
        <w:widowControl/>
        <w:spacing w:line="490" w:lineRule="exact" w:before="718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5ª LIÇÃO DA PALMEIRA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PALMEIRA NÃO GOSTA DE AMBIENTE GELADO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VOCÊ ENCONTRAR UM CRENTE NUM MOMENTO QUE O ESPÍRITO ESTÁ MOVENDO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JEOVÁ TÁ TRABALHANDO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CRIANÇAS SENDO BATIZADAS NO ESPÍRITO </w:t>
      </w:r>
      <w:r>
        <w:br/>
      </w:r>
      <w:r>
        <w:rPr>
          <w:rFonts w:ascii="" w:hAnsi="" w:eastAsia=""/>
          <w:b w:val="0"/>
          <w:i w:val="0"/>
          <w:color w:val="0070C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O FOGO TÁ CAINDO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A PESSOA ESTÁ INDIFERENTE/FRIA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SERÁ QUE É PALMEIRA???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PORQUE PRA PALMEIRA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AMBIENTE TEM QUE SER QUENTE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IGREJA NÃO PODE SER GELADA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GOSTA DE GELO … VAI PRO ALASCA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TOMA CUIDADO PORQUE PODE SE “ALASCAR"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/>
          <w:color w:val="531B93"/>
          <w:sz w:val="22"/>
        </w:rPr>
        <w:t xml:space="preserve"> AQUI TEM PALMEIRA E AQUI "NÓIS GOSTA É DE BARULHO”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IGREJA DE JESUS É BARULHENTA NÃO PORQUE FAZ BARULHO PRA HOMENS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PORQUE DIANTE DO NOSSO DEUS ATÉ A TRISTEZA SALTA DE ALEGRIA </w:t>
      </w:r>
    </w:p>
    <w:p>
      <w:pPr>
        <w:autoSpaceDN w:val="0"/>
        <w:autoSpaceDE w:val="0"/>
        <w:widowControl/>
        <w:spacing w:line="476" w:lineRule="exact" w:before="37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92:12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JUSTO FLORESCERÁ COMO A PALMEIRA, CRESCERÁ COMO O CEDRO NO </w:t>
      </w:r>
      <w:r>
        <w:rPr>
          <w:rFonts w:ascii="" w:hAnsi="" w:eastAsia=""/>
          <w:b/>
          <w:i/>
          <w:color w:val="008F00"/>
          <w:sz w:val="22"/>
        </w:rPr>
        <w:t xml:space="preserve">LÍBANO </w:t>
      </w:r>
    </w:p>
    <w:p>
      <w:pPr>
        <w:autoSpaceDN w:val="0"/>
        <w:autoSpaceDE w:val="0"/>
        <w:widowControl/>
        <w:spacing w:line="256" w:lineRule="exact" w:before="478" w:after="26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 O CEDRO???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ESTA É UMA ÁRVORE FANTÁSTICA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0.0" w:type="dxa"/>
      </w:tblPr>
      <w:tblGrid>
        <w:gridCol w:w="4513"/>
        <w:gridCol w:w="4513"/>
      </w:tblGrid>
      <w:tr>
        <w:trPr>
          <w:trHeight w:hRule="exact" w:val="1682"/>
        </w:trPr>
        <w:tc>
          <w:tcPr>
            <w:tcW w:type="dxa" w:w="412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0" w:after="0"/>
              <w:ind w:left="600" w:righ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508760" cy="100457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10045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0" w:lineRule="exact" w:before="1278" w:after="0"/>
              <w:ind w:left="0" w:right="2940" w:firstLine="0"/>
              <w:jc w:val="right"/>
            </w:pPr>
            <w:r>
              <w:rPr>
                <w:rFonts w:ascii="" w:hAnsi="" w:eastAsia=""/>
                <w:b w:val="0"/>
                <w:i w:val="0"/>
                <w:color w:val="000000"/>
                <w:sz w:val="24"/>
              </w:rPr>
              <w:t>6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616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CEDRO NOS TRÊS PRIMEIROS ANOS DE VIDA CRESCE QUASE NADA PARECE UM ARBUSTO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CRESCE APENAS 05 CENTÍMETROS PRA CIMA E 150 CENTÍMETROS PRA BAIXO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UMA ÁRVORE SÓLIDA COM RAÍZES PROFUNDAS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CRESCE DEVAGAR MAS COM CONSTÂNCIA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COM TRONCO POUCO TORTUOSO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CHEGA A ATINGIR 40 METROS DE ALTURA E 14 METROS DE DIÂMETRO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UM TRONCO MUITO FORTE E AO MESMO TEMPO RAÍZES PROFUNDAS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SÓ CRESCE COMO O CEDRO QUEM TEM RAÍZES PROFUNDAS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SÓ TEM TRONCO FORTE QUEM TEM RAIZ (JÁ FALEI SOBRE O CARVALHO, MUITO PARECIDO) </w:t>
      </w:r>
    </w:p>
    <w:p>
      <w:pPr>
        <w:autoSpaceDN w:val="0"/>
        <w:autoSpaceDE w:val="0"/>
        <w:widowControl/>
        <w:spacing w:line="488" w:lineRule="exact" w:before="360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DECLARE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PARA SUPORTAR O CRESCIMENTO QUE O SENHOR TEM PRA MINHA VIDA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VOU ESPERAR PACIENTEMENTE ENQUANTO A RAIZ É FORMADA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AGUENTA FIRME! AGUENTA FIRME! PORQUE A HORA QUE O TRONCO FORTALECER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NADA VAI TE IMPEDIR DE CRESCER E FLORESCER DE FORMA GRANDIOSA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TEM PALMEIRA AQUI???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TEM CEDRO DO LÍBANO AQUI??? </w:t>
      </w:r>
    </w:p>
    <w:p>
      <w:pPr>
        <w:autoSpaceDN w:val="0"/>
        <w:autoSpaceDE w:val="0"/>
        <w:widowControl/>
        <w:spacing w:line="424" w:lineRule="exact" w:before="6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92:12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JUSTO FLORESCERÁ COMO A PALMEIRA, CRESCERÁ COMO O CEDRO NO </w:t>
      </w:r>
      <w:r>
        <w:rPr>
          <w:rFonts w:ascii="" w:hAnsi="" w:eastAsia=""/>
          <w:b/>
          <w:i/>
          <w:color w:val="008F00"/>
          <w:sz w:val="22"/>
        </w:rPr>
        <w:t xml:space="preserve">LÍBANO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PLANTADOS NA CASA DO SENHOR, FLORESCERÃO NOS ÁTRIOS DO NOSSO DEUS </w:t>
      </w:r>
    </w:p>
    <w:p>
      <w:pPr>
        <w:autoSpaceDN w:val="0"/>
        <w:autoSpaceDE w:val="0"/>
        <w:widowControl/>
        <w:spacing w:line="488" w:lineRule="exact" w:before="36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ENTÃO QUERO CONCLUIR ESTA PALAVRA FALANDO DA IMPORTÂNCIA DESTE OÁSIS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UMA ÁRVORE COM  TRONCOS FORTES PRECISA ESTAR PLANTADA NA CASA DO PAI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NÃO HÁ VIDA VERDADEIRA FORA DA IGREJA </w:t>
      </w:r>
    </w:p>
    <w:p>
      <w:pPr>
        <w:autoSpaceDN w:val="0"/>
        <w:autoSpaceDE w:val="0"/>
        <w:widowControl/>
        <w:spacing w:line="488" w:lineRule="exact" w:before="36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QUANTOS GRUPOS DE TRÊS PESSOAS CONSEGUIRÍAMOS FORMAR AQUI??? MAIS DE 300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UNIVERSIDADE DE HARVARD TEM UM ESTUDO QUE COMEÇOU EM 1938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ACOMPANHAM COMO CAMINHAM AS PESSOAS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AS TENDÊNCIAS DA SOCIEDADE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PESQUISA MAIS ANTIGA SOBRE O DESENVOLVIMENTO HUMANO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https://www.bbc.com/portuguese/articles/cxe3pgjzj3no </w:t>
      </w:r>
    </w:p>
    <w:p>
      <w:pPr>
        <w:autoSpaceDN w:val="0"/>
        <w:autoSpaceDE w:val="0"/>
        <w:widowControl/>
        <w:spacing w:line="280" w:lineRule="exact" w:before="690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7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6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CONCLUSÃO QUE CHEGARAM: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CADA TRÊS PESSOAS, UMA ESTÁ PROFUNDAMENTE SOLITÁRIA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O QUE MAIS AS PESSOAS PRECISAM HOJE É DE SE RELACIONAR COM PESSOAS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A TECNOLOGIA DISTANCIA QUEM ESTÁ PERTO E APROXIMA QUEM ESTÁ LONGE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CONSIGO FALAR COM A LARISSA, ELISEU, RAQUEL, ALESSANDER VENDO ELES </w:t>
      </w:r>
    </w:p>
    <w:p>
      <w:pPr>
        <w:autoSpaceDN w:val="0"/>
        <w:autoSpaceDE w:val="0"/>
        <w:widowControl/>
        <w:spacing w:line="488" w:lineRule="exact" w:before="360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VIVEMOS UMA SOCIEDADE DE PESSOAS SOLITÁRIAS PRECISANDO DE UM OÁSIS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SOFRENDO DE SOLIDÃO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ANGÚSTIA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PRECISANDO DE ALGUÉM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PESSOAS QUE ESTÃO INFELIZES COM A VIDA E DIZEM: NÃO VALE A PENA VIVER ASSIM </w:t>
      </w:r>
    </w:p>
    <w:p>
      <w:pPr>
        <w:autoSpaceDN w:val="0"/>
        <w:autoSpaceDE w:val="0"/>
        <w:widowControl/>
        <w:spacing w:line="488" w:lineRule="exact" w:before="360" w:after="0"/>
        <w:ind w:left="1134" w:right="3712" w:firstLine="0"/>
        <w:jc w:val="both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UM RETRATO ATUAL QUE DEUS NUNCA DESEJOU QUE FOSSE ASSIM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QUANDO ELE OLHOU PRO HOMEM EM GÊNESIS/NA CRIAÇÃO DISSE: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NÃO É BOM QUE O HOMEM ESTEJA SÓ </w:t>
      </w:r>
    </w:p>
    <w:p>
      <w:pPr>
        <w:autoSpaceDN w:val="0"/>
        <w:autoSpaceDE w:val="0"/>
        <w:widowControl/>
        <w:spacing w:line="488" w:lineRule="exact" w:before="360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POR ISSO QUE QUEM ESFRIA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QUEM ABANDONA A COMUNHÃO DO CORPO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QUEM NÃO ENTENDE A IMPORTÂNCIA DE ESTAR PLANTADO NA CASA DO SENHOR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NORMALMENTE SE "ALASCA" </w:t>
      </w:r>
    </w:p>
    <w:p>
      <w:pPr>
        <w:autoSpaceDN w:val="0"/>
        <w:autoSpaceDE w:val="0"/>
        <w:widowControl/>
        <w:spacing w:line="490" w:lineRule="exact" w:before="358" w:after="0"/>
        <w:ind w:left="1134" w:right="302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QUANDO A IGREJA PRIMITIVA SE LEVANTOU APÓS JESUS SUBIR AOS CÉUS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SABE COM QUE FREQUÊNCIA ELES SE ENCONTRAVAM??? </w:t>
      </w:r>
    </w:p>
    <w:p>
      <w:pPr>
        <w:autoSpaceDN w:val="0"/>
        <w:autoSpaceDE w:val="0"/>
        <w:widowControl/>
        <w:spacing w:line="256" w:lineRule="exact" w:before="23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SABE COM QUE FREQUÊNCIA SE VIAM??? </w:t>
      </w:r>
    </w:p>
    <w:p>
      <w:pPr>
        <w:autoSpaceDN w:val="0"/>
        <w:autoSpaceDE w:val="0"/>
        <w:widowControl/>
        <w:spacing w:line="442" w:lineRule="exact" w:before="4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AT 2:46 (NVT)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ADORAVAM JUNTOS NO TEMPLO DIARIAMENTE, REUNIAM-SE NOS LARES </w:t>
      </w:r>
      <w:r>
        <w:rPr>
          <w:rFonts w:ascii="" w:hAnsi="" w:eastAsia=""/>
          <w:b/>
          <w:i/>
          <w:color w:val="008F00"/>
          <w:sz w:val="22"/>
        </w:rPr>
        <w:t xml:space="preserve">PARA COMER E PARTIAM O PÃO COM GRANDE ALEGRIA E GENEROSIDADE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V.47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SEMPRE LOUVANDO A DEUS E DESFRUTANDO A SIMPATIA DE TODO O POVO. E, A </w:t>
      </w:r>
      <w:r>
        <w:rPr>
          <w:rFonts w:ascii="" w:hAnsi="" w:eastAsia=""/>
          <w:b/>
          <w:i/>
          <w:color w:val="008F00"/>
          <w:sz w:val="22"/>
        </w:rPr>
        <w:t xml:space="preserve">CADA DIA, O SENHOR LHES ACRESCENTAVA AQUELES QUE IAM SENDO SALVOS. </w:t>
      </w:r>
    </w:p>
    <w:p>
      <w:pPr>
        <w:autoSpaceDN w:val="0"/>
        <w:autoSpaceDE w:val="0"/>
        <w:widowControl/>
        <w:spacing w:line="256" w:lineRule="exact" w:before="476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SERÁ QUE NAQUELA EPOCA MÃE TINHA CRIANÇA PRA CUIDAR???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SERÁ QUE NAQUELA EPOCA NINGUÉM TINHA NADA PRA FAZER??? </w:t>
      </w:r>
    </w:p>
    <w:p>
      <w:pPr>
        <w:autoSpaceDN w:val="0"/>
        <w:autoSpaceDE w:val="0"/>
        <w:widowControl/>
        <w:spacing w:line="256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SERÁ QUE SÓ VINHAM DOMINGO NO CULTO E PARTICIPAVAM DA CÉLULA??? </w:t>
      </w:r>
    </w:p>
    <w:p>
      <w:pPr>
        <w:autoSpaceDN w:val="0"/>
        <w:autoSpaceDE w:val="0"/>
        <w:widowControl/>
        <w:spacing w:line="488" w:lineRule="exact" w:before="0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FUI CRIADO INDO NA ESCOLA DOMINICAL DOMINGO DE MANHÃ E CULTO À NOITE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INFELIZMENTE COMO TEM GENTE NESTA GERAÇÃO DESPREZANDO ESTE LUGAR </w:t>
      </w:r>
    </w:p>
    <w:p>
      <w:pPr>
        <w:autoSpaceDN w:val="0"/>
        <w:autoSpaceDE w:val="0"/>
        <w:widowControl/>
        <w:spacing w:line="280" w:lineRule="exact" w:before="56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8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90" w:lineRule="exact" w:before="896" w:after="0"/>
        <w:ind w:left="1134" w:right="288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TRONCOS FORTES ESTÃO PLANTADOS NA CASA DO SENHOR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POR QUE A IGREJA PRIMITIVA IA TODOS OS DIAS AO TEMPLO ADORAR??? </w:t>
      </w:r>
    </w:p>
    <w:p>
      <w:pPr>
        <w:autoSpaceDN w:val="0"/>
        <w:autoSpaceDE w:val="0"/>
        <w:widowControl/>
        <w:spacing w:line="488" w:lineRule="exact" w:before="0" w:after="0"/>
        <w:ind w:left="1134" w:right="460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SABIAM QUE PRECISAVAM UNS DOS OUTROS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UMA REUNIÃO DE PALMEIRAS FORMA UM OÁSIS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A IGREJA E A CÉLULA SÃO UM LUGAR DE DESCANSO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MAS FICO PENSANDO… POR QUE ELES QUERIAM ESTAR JUNTOS NAQUELA EPOCA??? </w:t>
      </w:r>
    </w:p>
    <w:p>
      <w:pPr>
        <w:autoSpaceDN w:val="0"/>
        <w:autoSpaceDE w:val="0"/>
        <w:widowControl/>
        <w:spacing w:line="488" w:lineRule="exact" w:before="0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COM CERTEZA AQUELE TEMPO ERA MAIS DIFÍCIL DE VIVER DO QUE HOJE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COM CERTEZA HOJE TEM MUITO MENOS DIFICULDADE QUE AQUELA EPOCA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HOJE É TUDO TÃO FÁCIL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TUDO TÃO TRANQUILO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NINGUÉM TEM PROBLEMA </w:t>
      </w:r>
    </w:p>
    <w:p>
      <w:pPr>
        <w:autoSpaceDN w:val="0"/>
        <w:autoSpaceDE w:val="0"/>
        <w:widowControl/>
        <w:spacing w:line="488" w:lineRule="exact" w:before="360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HOJE QUASE NÃO TEM ANGÚSTIA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QUASE NÃO TEM DEPRESSÃO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NINGUÉM PENSA EM SUICÍDIO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HOJE NÃO HÁ TENSÃO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ECONOMIA DO PAÍS VAI BEM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EMPREGO DE SOBRA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OS FILHOS NÃO DÃO TRABALHO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HOJE É MAIS FÁCIL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DÁ PRA VIR QUANDO DER </w:t>
      </w:r>
    </w:p>
    <w:p>
      <w:pPr>
        <w:autoSpaceDN w:val="0"/>
        <w:autoSpaceDE w:val="0"/>
        <w:widowControl/>
        <w:spacing w:line="488" w:lineRule="exact" w:before="362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NAQUELA EPOCA ERA DIFERENTE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LÓGICO QUE PRECISAVAM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NAQUELA EPOCA TINHA BATALHA ESPIRITUAL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HOJE OS DEMÔNIOS BATALHARAM TANTO QUE ESTÃO CANSADOS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PRECISO TANTO DA IGREJA NEM DOS IRMÃOS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TÁ MAIS TRANQUILO!!!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ATÉ OUVI UM PREGADOR QUE DISSE QUE ESSE NEGÓCIO DE INFERNO É LENDA </w:t>
      </w:r>
    </w:p>
    <w:p>
      <w:pPr>
        <w:autoSpaceDN w:val="0"/>
        <w:autoSpaceDE w:val="0"/>
        <w:widowControl/>
        <w:spacing w:line="488" w:lineRule="exact" w:before="362" w:after="0"/>
        <w:ind w:left="1008" w:right="2592" w:firstLine="0"/>
        <w:jc w:val="center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NAQUELA EPOCA AS PESSOAS FICAVAM DOENTES E PRECISAVAM DOS IRMÃOS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HOJE BASTA IR AO MÉDICO E TUDO SE RESOLVE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ESTAR JUNTO PRA QUE???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SABE QUAL A GRANDE DIFERENÇA DAQUELA EPOCA PRA HOJE??? </w:t>
      </w:r>
    </w:p>
    <w:p>
      <w:pPr>
        <w:autoSpaceDN w:val="0"/>
        <w:autoSpaceDE w:val="0"/>
        <w:widowControl/>
        <w:spacing w:line="488" w:lineRule="exact" w:before="2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212121"/>
          <w:sz w:val="22"/>
        </w:rPr>
        <w:t>→</w:t>
      </w:r>
      <w:r>
        <w:rPr>
          <w:rFonts w:ascii="" w:hAnsi="" w:eastAsia=""/>
          <w:b/>
          <w:i w:val="0"/>
          <w:color w:val="212121"/>
          <w:sz w:val="22"/>
        </w:rPr>
        <w:t xml:space="preserve"> NAQUELA EPOCA RECONHECIAM QUE PRECISAVAM UNS DOS OUTROS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HOJE, MESMO A MAIOR PESQUISA DO MUNDO DIZENDO QUE AS PESSOAS ESTÃO SOLITÁRIAS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IDEIA É CADA UM NO SEU CANTO! </w:t>
      </w:r>
    </w:p>
    <w:p>
      <w:pPr>
        <w:autoSpaceDN w:val="0"/>
        <w:autoSpaceDE w:val="0"/>
        <w:widowControl/>
        <w:spacing w:line="488" w:lineRule="exact" w:before="2" w:after="0"/>
        <w:ind w:left="1134" w:right="259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 NÃO QUERO VIR RESPEITE MINHA INDIVIDUALIDADE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POR ISSO TEM TANTA GENTE SOFRENDO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TANTA GENTE SE “ALASCANDO" </w:t>
      </w:r>
    </w:p>
    <w:p>
      <w:pPr>
        <w:autoSpaceDN w:val="0"/>
        <w:autoSpaceDE w:val="0"/>
        <w:widowControl/>
        <w:spacing w:line="280" w:lineRule="exact" w:before="30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9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8" w:after="0"/>
        <w:ind w:left="1134" w:right="273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ELES SABIAM QUE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NUNCA SERIAM ESPIRITUALMENTE FORTES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ABENÇOADOS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VITORIOSOS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SEM APOIO DE UMA COMUNIDADE DE AMOR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COMUNIDADE DE FÉ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ELES INTENCIONALMENTE NÃO QUERIAM ANDAR SOZINHOS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ELES SABIAM QUE JUNTOS ERAM MAIS FORTES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PRA VENCER AS BATALHAS PRECISAVAM DE GENTE AO SEU LADO </w:t>
      </w:r>
    </w:p>
    <w:p>
      <w:pPr>
        <w:autoSpaceDN w:val="0"/>
        <w:autoSpaceDE w:val="0"/>
        <w:widowControl/>
        <w:spacing w:line="488" w:lineRule="exact" w:before="360" w:after="0"/>
        <w:ind w:left="1134" w:right="388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E, AGORA FALANDO SÉRIO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VIVEMOS UM TEMPO MUITO PIOR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HÁ COMO VIVER UMA VIDA ABUNDANTE ANDANDO SOZINHO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FORA DA IGREJA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DESPREZANDO A IGREJA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ENCARANDO COMO UM PESO ESTAR NA IGREJA </w:t>
      </w:r>
    </w:p>
    <w:p>
      <w:pPr>
        <w:autoSpaceDN w:val="0"/>
        <w:autoSpaceDE w:val="0"/>
        <w:widowControl/>
        <w:spacing w:line="488" w:lineRule="exact" w:before="362" w:after="0"/>
        <w:ind w:left="1134" w:right="259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RAÍZES PROFUNDAS E TRONCOS FORTES NÃO CRESCEM EM QUALQUER LUGAR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ESTÁ PLANTADO NUM VASO OU NA CASA DO SENHOR??? </w:t>
      </w:r>
    </w:p>
    <w:p>
      <w:pPr>
        <w:autoSpaceDN w:val="0"/>
        <w:autoSpaceDE w:val="0"/>
        <w:widowControl/>
        <w:spacing w:line="488" w:lineRule="exact" w:before="0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É POR ISSO QUE AQUI NA CASA DO PAI VALORIZAMOS RELACIONAMENTOS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PRECISAMOS SER ORGANIZADOS? SIM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SOMOS UM ORGANISMO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CORPO </w:t>
      </w:r>
    </w:p>
    <w:p>
      <w:pPr>
        <w:autoSpaceDN w:val="0"/>
        <w:autoSpaceDE w:val="0"/>
        <w:widowControl/>
        <w:spacing w:line="464" w:lineRule="exact" w:before="38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1ª LIÇÃO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 IGREJA/A CASA DO PAI É UMA COMUNIDADE DE AMOR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NUNCA SE ESQUEÇA </w:t>
      </w:r>
      <w:r>
        <w:rPr>
          <w:rFonts w:ascii="" w:hAnsi="" w:eastAsia=""/>
          <w:b/>
          <w:i w:val="0"/>
          <w:color w:val="FF2600"/>
          <w:sz w:val="22"/>
        </w:rPr>
        <w:t xml:space="preserve">DISSO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NÓS NÃO DESEJAMOS QUE NINGUÉM PERMANEÇA ANÔNIMO ENTRE NÓS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GOSTARÍAMOS QUE VOCÊ VIESSE APENAS PARA RECEBER UMA PALAVRA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QUE VOCÊ SE RELACIONE COM PESSOAS NESTE LUGAR ATRAVÉS DAS CÉLULAS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VOCÊ SIRVA COM AMOR E ALEGRIA NESTE LUGAR (TESTEMUNHO DE QUARTA/CASADOS) </w:t>
      </w:r>
    </w:p>
    <w:p>
      <w:pPr>
        <w:autoSpaceDN w:val="0"/>
        <w:autoSpaceDE w:val="0"/>
        <w:widowControl/>
        <w:spacing w:line="488" w:lineRule="exact" w:before="360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NOSSO DESEJO É QUE VOCÊ SEJA UMA ÁRVORE PLANTADA NA CASA DO SENHOR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DESDE QUE COMEÇAMOS NÓS QUEREMOS SER UMA COMUNIDADE DE AMOR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PARA SER UMA MANIFESTAÇÃO VISÍVEL DO DEUS INVISÍVEL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PARA QUE AS PESSOAS VEJAM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OLHANDO PRA CADA UM DE NÓS </w:t>
      </w:r>
    </w:p>
    <w:p>
      <w:pPr>
        <w:autoSpaceDN w:val="0"/>
        <w:tabs>
          <w:tab w:pos="5820" w:val="left"/>
        </w:tabs>
        <w:autoSpaceDE w:val="0"/>
        <w:widowControl/>
        <w:spacing w:line="422" w:lineRule="exact" w:before="426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GUARDE ISSO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UMA IGREJA BASEADA EM RELACIONAMENTOS NÃO ACONTECE NATURALMENTE </w:t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10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RELACIONAMENTOS E AMIZADES VERDADEIRAS ESTÃO SE TORNANDO ALGO RARO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VIVER EM COMUNIDADE É CONTRACULTURAL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ATÉ O CASAL QUANDO ESTÁ NUM RESTAURANTE ESTÁ CADA UM NO CELULAR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HOJE PRA ACALMAR AS CRIANÇAS PAI NÃO BOTA ORDEM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DÁ O CELULAR </w:t>
      </w:r>
    </w:p>
    <w:p>
      <w:pPr>
        <w:autoSpaceDN w:val="0"/>
        <w:autoSpaceDE w:val="0"/>
        <w:widowControl/>
        <w:spacing w:line="484" w:lineRule="exact" w:before="36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NA SEMANA PASSADA UMA EMPRESA FEZ A SEGUINTE PROPOSTA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PAGAR $10.000,00 PRA QUEM CONSEGUIR FICAR UM MÊS SEM MEXER NO CELULAR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https://revistapegn.globo.com/gestao/noticia/2024/01/empresa-vai-pagar-r-50-mil-para-</w:t>
      </w:r>
      <w:r>
        <w:rPr>
          <w:rFonts w:ascii="" w:hAnsi="" w:eastAsia=""/>
          <w:b/>
          <w:i w:val="0"/>
          <w:color w:val="531B93"/>
          <w:sz w:val="22"/>
        </w:rPr>
        <w:t xml:space="preserve">quem-conseguir-ficar-sem-celular-por-1-mes.ghtml# </w:t>
      </w:r>
    </w:p>
    <w:p>
      <w:pPr>
        <w:autoSpaceDN w:val="0"/>
        <w:autoSpaceDE w:val="0"/>
        <w:widowControl/>
        <w:spacing w:line="484" w:lineRule="exact" w:before="25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ESTAR PLANTADO E ENRAIZADO NA CASA DE DEUS É ESSENCIAL PARA UMA VIDA ABENÇOADA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133:1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COMO É BOM E AGRADÁVEL QUANDO OS IRMÃOS VIVEM EM UNIÃO!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POIS A UNIÃO É PRECIOSA COMO O ÓLEO DA UNÇÃO, QUE ERA DERRAMADO SOBRE A </w:t>
      </w:r>
      <w:r>
        <w:rPr>
          <w:rFonts w:ascii="" w:hAnsi="" w:eastAsia=""/>
          <w:b/>
          <w:i/>
          <w:color w:val="008F00"/>
          <w:sz w:val="22"/>
        </w:rPr>
        <w:t xml:space="preserve">CABEÇA DE ARÃO E DESCIA POR SUA BARBA, ATÉ A BAINHA DE SUAS VESTES. </w:t>
      </w:r>
    </w:p>
    <w:p>
      <w:pPr>
        <w:autoSpaceDN w:val="0"/>
        <w:autoSpaceDE w:val="0"/>
        <w:widowControl/>
        <w:spacing w:line="424" w:lineRule="exact" w:before="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É REVIGORANTE COMO O ORVALHO DO MONTE HERMOM QUE DESCE SOBRE OS </w:t>
      </w:r>
      <w:r>
        <w:rPr>
          <w:rFonts w:ascii="" w:hAnsi="" w:eastAsia=""/>
          <w:b/>
          <w:i/>
          <w:color w:val="008F00"/>
          <w:sz w:val="22"/>
        </w:rPr>
        <w:t xml:space="preserve">MONTES DE SIÃO. ALI O SENHOR PRONUNCIA SUA BÊNÇÃO E A VIDA PARA SEMPRE </w:t>
      </w:r>
    </w:p>
    <w:p>
      <w:pPr>
        <w:autoSpaceDN w:val="0"/>
        <w:autoSpaceDE w:val="0"/>
        <w:widowControl/>
        <w:spacing w:line="442" w:lineRule="exact" w:before="29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2ª LIÇÃO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 A CASA DE DEUS/DO PAI NÃO É TEMPORÁRIA, É UM LUGAR DE VIDA E PARA </w:t>
      </w:r>
      <w:r>
        <w:rPr>
          <w:rFonts w:ascii="" w:hAnsi="" w:eastAsia=""/>
          <w:b/>
          <w:i w:val="0"/>
          <w:color w:val="FF2600"/>
          <w:sz w:val="22"/>
        </w:rPr>
        <w:t>TODA VIDA: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27:4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UMA COISA PEÇO AO SENHOR E A BUSCAREI: QUE EU POSSA MORAR NA </w:t>
      </w:r>
      <w:r>
        <w:rPr>
          <w:rFonts w:ascii="" w:hAnsi="" w:eastAsia=""/>
          <w:b/>
          <w:i/>
          <w:color w:val="008F00"/>
          <w:sz w:val="22"/>
        </w:rPr>
        <w:t xml:space="preserve">CASA DO SENHOR, TODOS OS DIAS DA MINHA VIDA </w:t>
      </w:r>
    </w:p>
    <w:p>
      <w:pPr>
        <w:autoSpaceDN w:val="0"/>
        <w:autoSpaceDE w:val="0"/>
        <w:widowControl/>
        <w:spacing w:line="486" w:lineRule="exact" w:before="24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PRECISAMOS AMAR O LOCAL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CASA ONDE O SENHOR NOS ESTABELECEU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PRECISAMOS TER RAÍZES FIRMADAS NA CASA DO SENHOR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AMAR, SERVIR E FAZER DESTE LOCAL UM LUGAR DE VIDA PARA TODOS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DOS SALMOS MAIS CONHECIDOS DA BÍBLIA O SL 23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V.6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BONDADE E MISERICÓRDIA CERTAMENTE ME SEGUIRÃO TODOS OS DIAS DA MINHA </w:t>
      </w:r>
      <w:r>
        <w:rPr>
          <w:rFonts w:ascii="" w:hAnsi="" w:eastAsia=""/>
          <w:b/>
          <w:i/>
          <w:color w:val="008F00"/>
          <w:sz w:val="22"/>
        </w:rPr>
        <w:t xml:space="preserve">VIDA; E HABITAREI NA CASA DO SENHOR PARA TODO O SEMPRE </w:t>
      </w:r>
    </w:p>
    <w:p>
      <w:pPr>
        <w:autoSpaceDN w:val="0"/>
        <w:tabs>
          <w:tab w:pos="5820" w:val="left"/>
        </w:tabs>
        <w:autoSpaceDE w:val="0"/>
        <w:widowControl/>
        <w:spacing w:line="460" w:lineRule="exact" w:before="27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3ª LIÇÃO A CASA DE DEUS/DO PAI É UM LUGAR DE MISERICÓRDIA/CUIDADO/GRAÇA/ </w:t>
      </w:r>
      <w:r>
        <w:rPr>
          <w:rFonts w:ascii="" w:hAnsi="" w:eastAsia=""/>
          <w:b/>
          <w:i w:val="0"/>
          <w:color w:val="FF2600"/>
          <w:sz w:val="22"/>
        </w:rPr>
        <w:t xml:space="preserve">COMUNHÃO/SALVAÇÃO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84:1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QUÃO AMÁVEIS SÃO OS TEUS TABERNÁCULOS, SENHOR DOS EXÉRCITOS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 MINH’ALMA SUSPIRA E DESFALECE PELOS TEUS ÁTRIOS; …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11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76" w:lineRule="exact" w:before="91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PARDAL ENCONTROU CASA E A ANDORINHA NINHO PARA SI, … EU, OS TEUS </w:t>
      </w:r>
      <w:r>
        <w:rPr>
          <w:rFonts w:ascii="" w:hAnsi="" w:eastAsia=""/>
          <w:b/>
          <w:i/>
          <w:color w:val="008F00"/>
          <w:sz w:val="22"/>
        </w:rPr>
        <w:t xml:space="preserve">ALTARES…. </w:t>
      </w:r>
    </w:p>
    <w:p>
      <w:pPr>
        <w:autoSpaceDN w:val="0"/>
        <w:autoSpaceDE w:val="0"/>
        <w:widowControl/>
        <w:spacing w:line="256" w:lineRule="exact" w:before="118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V.4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BEM-AVENTURADOS OS QUE HABITAM EM TUA CASA; LOUVAM-TE PERPETUAMENTE </w:t>
      </w:r>
    </w:p>
    <w:p>
      <w:pPr>
        <w:autoSpaceDN w:val="0"/>
        <w:autoSpaceDE w:val="0"/>
        <w:widowControl/>
        <w:spacing w:line="488" w:lineRule="exact" w:before="360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SALMISTA AQUI DECLARA SEU PRAZER PELA CASA DE DEUS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MELHOR DE TODOS OS LUGARES PARA ESTAR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IGREJA LOCAL/O TEMPLO PRECISA SER UM LUGAR ONDE VC TENHA PRAZER DE ESTAR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LOCAL DE ACOLHIMENTO/COMUNHÃO E TRANSFORMAÇÃO PARA TODOS </w:t>
      </w:r>
    </w:p>
    <w:p>
      <w:pPr>
        <w:autoSpaceDN w:val="0"/>
        <w:autoSpaceDE w:val="0"/>
        <w:widowControl/>
        <w:spacing w:line="490" w:lineRule="exact" w:before="358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4ª LIÇÃO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 CASA DE DEUS É UM LUGAR DE ALEGRIA/SANTIDADE/MILAGRES E BENÇÃOS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122:1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ALEGREI-ME QUANDO ME DISSERAM: VAMOS À CASA DO SENHOR </w:t>
      </w:r>
    </w:p>
    <w:p>
      <w:pPr>
        <w:autoSpaceDN w:val="0"/>
        <w:autoSpaceDE w:val="0"/>
        <w:widowControl/>
        <w:spacing w:line="488" w:lineRule="exact" w:before="360" w:after="0"/>
        <w:ind w:left="1134" w:right="331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CASA DE DEUS NÃO É UM AMBIENTE DE TRISTEZA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NESTE LUGAR TEM CELEBRAÇÃO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DANÇA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CÂNTICOS PROFÉTICOS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ESTE É UM LUGAR PARA DESEJARMOS ESTAR</w:t>
      </w:r>
    </w:p>
    <w:p>
      <w:pPr>
        <w:autoSpaceDN w:val="0"/>
        <w:autoSpaceDE w:val="0"/>
        <w:widowControl/>
        <w:spacing w:line="488" w:lineRule="exact" w:before="360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CONCLUSÃO: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AME ESTA CASA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AME SUA CÉLULA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SIM! NÓS SOMOS O TEMPLO VIVO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PRECISAMOS ENTENDER O VALOR DO LOCAL ONDE NOS REUNIMOS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ESTAR AQUI TEM UM PROPÓSITO QUA VAMOS ENFATIZAR A PARTIR DE AMANHÃ </w:t>
      </w:r>
    </w:p>
    <w:p>
      <w:pPr>
        <w:autoSpaceDN w:val="0"/>
        <w:autoSpaceDE w:val="0"/>
        <w:widowControl/>
        <w:spacing w:line="456" w:lineRule="exact" w:before="39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5ª LIÇÃO</w:t>
      </w:r>
      <w:r>
        <w:rPr>
          <w:rFonts w:ascii="" w:hAnsi="" w:eastAsia=""/>
          <w:b/>
          <w:i w:val="0"/>
          <w:color w:val="FF2600"/>
          <w:sz w:val="22"/>
          <w:u w:val="single"/>
        </w:rPr>
        <w:t xml:space="preserve">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 CASA DE DEUS/DO PAI É UM LUGAR DE FRUTIFICAÇÃO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92:12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JUSTO FLORESCERÁ COMO A PALMEIRA, CRESCERÁ COMO O CEDRO NO </w:t>
      </w:r>
      <w:r>
        <w:rPr>
          <w:rFonts w:ascii="" w:hAnsi="" w:eastAsia=""/>
          <w:b/>
          <w:i/>
          <w:color w:val="008F00"/>
          <w:sz w:val="22"/>
        </w:rPr>
        <w:t xml:space="preserve">LÍBANO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PLANTADOS NA CASA DO SENHOR, FLORESCERÃO NOS ÁTRIOS DO NOSSO DEUS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V.14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NA VELHICE DARÃO AINDA FRUTOS, SERÃO CHEIOS DE SEIVA E DE VERDOR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JÁ QUE FALEI DE PALMEIRA…. </w:t>
      </w:r>
    </w:p>
    <w:p>
      <w:pPr>
        <w:autoSpaceDN w:val="0"/>
        <w:tabs>
          <w:tab w:pos="5820" w:val="left"/>
        </w:tabs>
        <w:autoSpaceDE w:val="0"/>
        <w:widowControl/>
        <w:spacing w:line="486" w:lineRule="exact" w:before="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PRA PALMEIRA EXISTIR BASTA UM FRUTO</w:t>
      </w:r>
      <w:r>
        <w:rPr>
          <w:rFonts w:ascii="" w:hAnsi="" w:eastAsia=""/>
          <w:b/>
          <w:i w:val="0"/>
          <w:color w:val="000000"/>
          <w:sz w:val="22"/>
          <w:u w:val="single"/>
        </w:rPr>
        <w:t xml:space="preserve">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UMA SEMENTE SOBRE A TERRA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JO 12:24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EM VERDADE, EM VERDADE LHES DIGO: SE O GRÃO DE TRIGO, CAINDO </w:t>
      </w:r>
      <w:r>
        <w:rPr>
          <w:rFonts w:ascii="" w:hAnsi="" w:eastAsia=""/>
          <w:b/>
          <w:i/>
          <w:color w:val="008F00"/>
          <w:sz w:val="22"/>
        </w:rPr>
        <w:t xml:space="preserve">NA TERRA, NÃO MORRER, FICA ELE SÓ; MAS, SE MORRER, PRODUZ MUITO FRUTO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12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8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SEMENTE QUE VAI MORRER, VAI GERMINAR E VAI CRESCER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DEPOIS DE CRESCER VAI CHEGAR O DIA QUE A PALMEIRA TEM QUE DAR … FRUTO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JÁ VIU POR ACASO O CACHO DAS PALMEIRAS</w:t>
      </w:r>
      <w:r>
        <w:rPr>
          <w:u w:val="single" w:color="521b92"/>
          <w:rFonts w:ascii="" w:hAnsi="" w:eastAsia=""/>
          <w:b/>
          <w:i w:val="0"/>
          <w:color w:val="531B93"/>
          <w:sz w:val="22"/>
        </w:rPr>
        <w:t xml:space="preserve">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QUEM JÁ COMEU COQUINHO???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FOI APENAS UMA SEMENTE QUE GEROU</w:t>
      </w:r>
      <w:r>
        <w:rPr>
          <w:u w:val="single" w:color="521b92"/>
          <w:rFonts w:ascii="" w:hAnsi="" w:eastAsia=""/>
          <w:b/>
          <w:i w:val="0"/>
          <w:color w:val="531B93"/>
          <w:sz w:val="22"/>
        </w:rPr>
        <w:t xml:space="preserve">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A ÁRVORE QUANDO DÁ FRUTO É PRA VALER </w:t>
      </w:r>
    </w:p>
    <w:p>
      <w:pPr>
        <w:autoSpaceDN w:val="0"/>
        <w:autoSpaceDE w:val="0"/>
        <w:widowControl/>
        <w:spacing w:line="488" w:lineRule="exact" w:before="362" w:after="0"/>
        <w:ind w:left="1134" w:right="46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ESTA É A PALAVRA PROFÉTICA DESTE ANO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ATÉ NA VELHICE CONTINUARÃO SENDO CASA FRUTÍFERA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SERÃO CHEIOS DE SEIVA E DE VERDOR </w:t>
      </w:r>
    </w:p>
    <w:p>
      <w:pPr>
        <w:autoSpaceDN w:val="0"/>
        <w:autoSpaceDE w:val="0"/>
        <w:widowControl/>
        <w:spacing w:line="488" w:lineRule="exact" w:before="362" w:after="0"/>
        <w:ind w:left="1134" w:right="259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VOCÊ QUE FOI PLANTADO PELO SENHOR NESTA CASA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QUERO TE DESAFIAR A VALORIZAR ESTE LUGAR</w:t>
      </w:r>
      <w:r>
        <w:rPr>
          <w:u w:val="single" w:color="521b92"/>
          <w:rFonts w:ascii="" w:hAnsi="" w:eastAsia=""/>
          <w:b/>
          <w:i w:val="0"/>
          <w:color w:val="531B93"/>
          <w:sz w:val="22"/>
        </w:rPr>
        <w:t xml:space="preserve">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ESTAR JUNTO AOS IRMÃOS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NINGUÉM SOBREVIVE SENDO CRENTE DE INTERNET A NÃO SER QUEM PRECISA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QUANDO ESTAMOS JUNTOS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SENHOR ORDENA A BENÇÃO E A VIDA PARA SEMPRE </w:t>
      </w:r>
    </w:p>
    <w:p>
      <w:pPr>
        <w:autoSpaceDN w:val="0"/>
        <w:autoSpaceDE w:val="0"/>
        <w:widowControl/>
        <w:spacing w:line="280" w:lineRule="exact" w:before="7866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13</w:t>
      </w:r>
    </w:p>
    <w:sectPr w:rsidR="00FC693F" w:rsidRPr="0006063C" w:rsidSect="00034616">
      <w:pgSz w:w="11906" w:h="16838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