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56" w:lineRule="exact" w:before="1130" w:after="0"/>
        <w:ind w:left="0" w:right="0" w:firstLine="0"/>
        <w:jc w:val="center"/>
      </w:pPr>
      <w:r>
        <w:rPr>
          <w:rFonts w:ascii="" w:hAnsi="" w:eastAsia=""/>
          <w:b/>
          <w:i w:val="0"/>
          <w:color w:val="FF2600"/>
          <w:sz w:val="22"/>
        </w:rPr>
        <w:t xml:space="preserve">04/02/2024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JEJUM PLANTADOS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RAMOS FRUTÍFEROS </w:t>
      </w:r>
    </w:p>
    <w:p>
      <w:pPr>
        <w:autoSpaceDN w:val="0"/>
        <w:autoSpaceDE w:val="0"/>
        <w:widowControl/>
        <w:spacing w:line="488" w:lineRule="exact" w:before="362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NO PRIMEIRO DOMINGO NESTA SÉRIE DE 21 DIAS MINISTREI SOBRE RAÍZES PROFUNDAS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FALEI SOBRE DUAS ÁRVORES MENCIONADAS NA BÍBLIA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CARVALHO E O TEREBINTO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COMO PERMANECEREMOS EM PÉ SE NOSSAS RAÍZES FOREM SAUDÁVEIS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PODE ESTAR SÓ NO TOCO, AO CHEIRO DAS ÁGUAS, BROTARÁ NOVAMENTE </w:t>
      </w:r>
    </w:p>
    <w:p>
      <w:pPr>
        <w:autoSpaceDN w:val="0"/>
        <w:autoSpaceDE w:val="0"/>
        <w:widowControl/>
        <w:spacing w:line="488" w:lineRule="exact" w:before="360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DOMINGO PASSADO MINISTREI SOBRE TRONCOS FORTES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PALMEIRA E CEDRO DO LÍBANO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IMPORTÂNCIA DE ESTAR AQUI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VITALIDADE QUE HÁ EM ESTAR PLANTADOS NA CASA DO SENHOR (DO PAI)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VIDA QUE ESTÁ EM ESTAR ATIVO NA CÉLULA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VIVER EM COMUNIDADE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FALEI SOBRE AS CARACTERÍSTICAS DA PALMEIRA E DO CEDRO DO LÍBANO </w:t>
      </w:r>
    </w:p>
    <w:p>
      <w:pPr>
        <w:autoSpaceDN w:val="0"/>
        <w:autoSpaceDE w:val="0"/>
        <w:widowControl/>
        <w:spacing w:line="488" w:lineRule="exact" w:before="362" w:after="162"/>
        <w:ind w:left="1134" w:right="230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HOJE NO ENCERRAMENTO DESTA SÉRIE AO FALAR SOBRE RAMOS FRUTÍFEROS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QUERO FALAR SOBRE OUTRA ÁRVORE MENCIONADA NA BÍBLIA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JESUS NO LIVRO DE JOÃO FAZ SETE AFIRMAÇÕES A SEU RESPEITO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920.0" w:type="dxa"/>
      </w:tblPr>
      <w:tblGrid>
        <w:gridCol w:w="4513"/>
        <w:gridCol w:w="4513"/>
      </w:tblGrid>
      <w:tr>
        <w:trPr>
          <w:trHeight w:hRule="exact" w:val="2174"/>
        </w:trPr>
        <w:tc>
          <w:tcPr>
            <w:tcW w:type="dxa" w:w="116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2" w:lineRule="exact" w:before="0" w:after="0"/>
              <w:ind w:left="934" w:right="110" w:firstLine="0"/>
              <w:jc w:val="both"/>
            </w:pPr>
            <w:r>
              <w:rPr>
                <w:rFonts w:ascii="" w:hAnsi="" w:eastAsia=""/>
                <w:b/>
                <w:i w:val="0"/>
                <w:color w:val="FF2600"/>
                <w:sz w:val="22"/>
              </w:rPr>
              <w:t>•</w:t>
            </w:r>
            <w:r>
              <w:br/>
            </w:r>
            <w:r>
              <w:rPr>
                <w:rFonts w:ascii="" w:hAnsi="" w:eastAsia=""/>
                <w:b/>
                <w:i w:val="0"/>
                <w:color w:val="FF2600"/>
                <w:sz w:val="22"/>
              </w:rPr>
              <w:t>•</w:t>
            </w:r>
            <w:r>
              <w:br/>
            </w:r>
            <w:r>
              <w:rPr>
                <w:rFonts w:ascii="" w:hAnsi="" w:eastAsia=""/>
                <w:b/>
                <w:i w:val="0"/>
                <w:color w:val="FF2600"/>
                <w:sz w:val="22"/>
              </w:rPr>
              <w:t>•</w:t>
            </w:r>
            <w:r>
              <w:br/>
            </w:r>
            <w:r>
              <w:rPr>
                <w:rFonts w:ascii="" w:hAnsi="" w:eastAsia=""/>
                <w:b/>
                <w:i w:val="0"/>
                <w:color w:val="FF2600"/>
                <w:sz w:val="22"/>
              </w:rPr>
              <w:t>•</w:t>
            </w:r>
            <w:r>
              <w:br/>
            </w:r>
            <w:r>
              <w:rPr>
                <w:rFonts w:ascii="" w:hAnsi="" w:eastAsia=""/>
                <w:b/>
                <w:i w:val="0"/>
                <w:color w:val="FF2600"/>
                <w:sz w:val="22"/>
              </w:rPr>
              <w:t>•</w:t>
            </w:r>
            <w:r>
              <w:br/>
            </w:r>
            <w:r>
              <w:rPr>
                <w:rFonts w:ascii="" w:hAnsi="" w:eastAsia=""/>
                <w:b/>
                <w:i w:val="0"/>
                <w:color w:val="FF2600"/>
                <w:sz w:val="22"/>
              </w:rPr>
              <w:t>•</w:t>
            </w:r>
          </w:p>
        </w:tc>
        <w:tc>
          <w:tcPr>
            <w:tcW w:type="dxa" w:w="8240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2" w:lineRule="exact" w:before="0" w:after="0"/>
              <w:ind w:left="134" w:right="1584" w:firstLine="0"/>
              <w:jc w:val="left"/>
            </w:pPr>
            <w:r>
              <w:rPr>
                <w:rFonts w:ascii="" w:hAnsi="" w:eastAsia=""/>
                <w:b/>
                <w:i w:val="0"/>
                <w:color w:val="FF2600"/>
                <w:sz w:val="22"/>
              </w:rPr>
              <w:t xml:space="preserve">EU SOU O PÃO DA VIDA </w:t>
            </w:r>
            <w:r>
              <w:br/>
            </w:r>
            <w:r>
              <w:rPr>
                <w:rFonts w:ascii="" w:hAnsi="" w:eastAsia=""/>
                <w:b/>
                <w:i w:val="0"/>
                <w:color w:val="FF2600"/>
                <w:sz w:val="22"/>
              </w:rPr>
              <w:t xml:space="preserve">EU SOU A LUZ DO MUNDO </w:t>
            </w:r>
            <w:r>
              <w:br/>
            </w:r>
            <w:r>
              <w:rPr>
                <w:rFonts w:ascii="" w:hAnsi="" w:eastAsia=""/>
                <w:b/>
                <w:i w:val="0"/>
                <w:color w:val="FF2600"/>
                <w:sz w:val="22"/>
              </w:rPr>
              <w:t xml:space="preserve">EU SOU A PORTA </w:t>
            </w:r>
            <w:r>
              <w:br/>
            </w:r>
            <w:r>
              <w:rPr>
                <w:rFonts w:ascii="" w:hAnsi="" w:eastAsia=""/>
                <w:b/>
                <w:i w:val="0"/>
                <w:color w:val="FF2600"/>
                <w:sz w:val="22"/>
              </w:rPr>
              <w:t xml:space="preserve">EU SOU O BOM PASTOR </w:t>
            </w:r>
            <w:r>
              <w:br/>
            </w:r>
            <w:r>
              <w:rPr>
                <w:rFonts w:ascii="" w:hAnsi="" w:eastAsia=""/>
                <w:b/>
                <w:i w:val="0"/>
                <w:color w:val="FF2600"/>
                <w:sz w:val="22"/>
              </w:rPr>
              <w:t xml:space="preserve">EU SOU A RESSURREIÇÃO E A VIDA </w:t>
            </w:r>
            <w:r>
              <w:br/>
            </w:r>
            <w:r>
              <w:rPr>
                <w:rFonts w:ascii="" w:hAnsi="" w:eastAsia=""/>
                <w:b/>
                <w:i w:val="0"/>
                <w:color w:val="FF2600"/>
                <w:sz w:val="22"/>
              </w:rPr>
              <w:t xml:space="preserve">EU SOU O CAMINHO, A VERDADE E A VIDA (E EM JO 15 ELE DIZ… </w:t>
            </w:r>
          </w:p>
        </w:tc>
      </w:tr>
    </w:tbl>
    <w:p>
      <w:pPr>
        <w:autoSpaceDN w:val="0"/>
        <w:autoSpaceDE w:val="0"/>
        <w:widowControl/>
        <w:spacing w:line="256" w:lineRule="exact" w:before="58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JO 15:1 (NVT)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EU SOU A VIDEIRA VERDADEIRA, E MEU PAI É O LAVRADOR. </w:t>
      </w:r>
    </w:p>
    <w:p>
      <w:pPr>
        <w:autoSpaceDN w:val="0"/>
        <w:autoSpaceDE w:val="0"/>
        <w:widowControl/>
        <w:spacing w:line="488" w:lineRule="exact" w:before="358" w:after="0"/>
        <w:ind w:left="1134" w:right="302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MINHA PERGUNTA É: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 TANTAS ÁRVORES QUE JESUS PODERIA TER USADO COMO EXEMPLO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 QUE ESCOLHEU JUSTAMENTE A VIDEIRA PARA FALAR QUEM ELE É??? </w:t>
      </w:r>
    </w:p>
    <w:p>
      <w:pPr>
        <w:autoSpaceDN w:val="0"/>
        <w:tabs>
          <w:tab w:pos="5886" w:val="left"/>
        </w:tabs>
        <w:autoSpaceDE w:val="0"/>
        <w:widowControl/>
        <w:spacing w:line="466" w:lineRule="exact" w:before="382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QUANDO EU ERA CRIANÇA, NA CHÁCARA DA IRMÃ ABIGAIL TINHA UMA PARREIRA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NAQUELA ÉPOCA DIFERENTE DE HOJE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MANGUEIRA NÃO ERA MANGUEIRA ERA PÉ DE MANGA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GOIABEIRA ERA PÉ DE GOIABA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JABUTICABEIRA ERA PÉ DE JABUTICABA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TUDO ERA ASSIM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PÉ DE COUVE, PÉ DE ALFACE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ÁRVORE ERA PÉ (SIM OU NÃO?) </w:t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1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NA CHÁCARA DELA TINHA UM PÉ DE UVA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ALGUÉM PERGUNTASSE: AQUILO É UMA VIDEIRA?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EU DIRIA NÃO! É UM PÉ DE UVA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PENSA NUMA UVA PORCARIA, MIRRADA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ERAM ASSIM OS CACHOS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ATÉ QUE ELA APRENDEU A PODAR E ENXERTAR, E AÍ COMEÇOU A PRODUZIR… </w:t>
      </w:r>
    </w:p>
    <w:p>
      <w:pPr>
        <w:autoSpaceDN w:val="0"/>
        <w:autoSpaceDE w:val="0"/>
        <w:widowControl/>
        <w:spacing w:line="488" w:lineRule="exact" w:before="362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GUARDE ISSO!!!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NÃO EXISTE O FALSO SEM EXISTIR O VERDADEIRO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VOCÊ NÃO ENCONTRA NOTA DE TRÊS REAIS FALSA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 ENCONTRAR É APENAS UM PEDAÇO DE PAPEL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NÃO EXISTE NOTA DE 3,00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ENTÃO QUANDO JESUS ESTÁ DIZENDO: </w:t>
      </w:r>
      <w:r>
        <w:rPr>
          <w:rFonts w:ascii="" w:hAnsi="" w:eastAsia=""/>
          <w:b/>
          <w:i/>
          <w:color w:val="008F00"/>
          <w:sz w:val="22"/>
        </w:rPr>
        <w:t xml:space="preserve">EU SOU A VIDEIRA VERDADEIRA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ELE TAMBÉM ESTÁ DIZENDO QUE EXISTE VIDEIRA FALSA </w:t>
      </w:r>
    </w:p>
    <w:p>
      <w:pPr>
        <w:autoSpaceDN w:val="0"/>
        <w:autoSpaceDE w:val="0"/>
        <w:widowControl/>
        <w:spacing w:line="254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QUANTA GENTE TEM OPTADO PELA VIDEIRA FALSA... </w:t>
      </w:r>
    </w:p>
    <w:p>
      <w:pPr>
        <w:autoSpaceDN w:val="0"/>
        <w:autoSpaceDE w:val="0"/>
        <w:widowControl/>
        <w:spacing w:line="488" w:lineRule="exact" w:before="2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QUANDO OLHAMOS PARA A VERDADEIRA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HÁ VITALIDADE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HÁ PRODUTIVIDADE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 É ESTÉRIL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 É DE PLÁSTICO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COMO TEM PLANTA QUE PARECE SER DE VERDADE MAS NÃO É </w:t>
      </w:r>
    </w:p>
    <w:p>
      <w:pPr>
        <w:autoSpaceDN w:val="0"/>
        <w:autoSpaceDE w:val="0"/>
        <w:widowControl/>
        <w:spacing w:line="488" w:lineRule="exact" w:before="362" w:after="0"/>
        <w:ind w:left="1134" w:right="3312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 DIA EU FALEI PRA DENISE DE UMA SAMAMBAIA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LINDA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APESAR DO CALOR NÃO MURCHA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ELA… É CLARO, É DE PLÁSTICO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ELA TINHA A APARÊNCIA DE UMA SAMAMBAIA VERDADEIRA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COR…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NÃO TINHA A VIDA DA VERDADEIRA </w:t>
      </w:r>
    </w:p>
    <w:p>
      <w:pPr>
        <w:autoSpaceDN w:val="0"/>
        <w:autoSpaceDE w:val="0"/>
        <w:widowControl/>
        <w:spacing w:line="488" w:lineRule="exact" w:before="360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QUANTOS EM NOSSOS DIAS ESTÃO VIVENDO UMA FALSA VIDA CRISTÃ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ALGUNS ATÉ ESTÃO NA IGREJA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NÃO ESTÃO ENXERTADOS/LIGADOS EM JESUS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FALAM DE JESUS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CANTAM PRA JESUS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LEVANTAM AS MÃOS PRA JESUS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O CORAÇÃO ESTÁ LONGE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 VIVEM A VERDADEIRA VIDA QUE SÓ JESUS PODE DAR </w:t>
      </w:r>
    </w:p>
    <w:p>
      <w:pPr>
        <w:autoSpaceDN w:val="0"/>
        <w:autoSpaceDE w:val="0"/>
        <w:widowControl/>
        <w:spacing w:line="488" w:lineRule="exact" w:before="362" w:after="0"/>
        <w:ind w:left="1134" w:right="388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QUANDO ESTOU CONECTADO À VIDEIRA VERDADEIRA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SEIVA DO TRONCO PASSA PRO GALHO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A MESMA VIDA QUE PULSA NAS RAÍZES E NO TRONCO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ESTENDIDA AOS RAMOS QUE NATURALMENTE VÃO FRUTIFICAR </w:t>
      </w:r>
    </w:p>
    <w:p>
      <w:pPr>
        <w:autoSpaceDN w:val="0"/>
        <w:autoSpaceDE w:val="0"/>
        <w:widowControl/>
        <w:spacing w:line="280" w:lineRule="exact" w:before="792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2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76" w:lineRule="exact" w:before="91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V.2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TODO RAMO QUE, ESTANDO EM MIM, NÃO DÁ FRUTO, ELE CORTA. TODO RAMO QUE </w:t>
      </w:r>
      <w:r>
        <w:rPr>
          <w:rFonts w:ascii="" w:hAnsi="" w:eastAsia=""/>
          <w:b/>
          <w:i/>
          <w:color w:val="008F00"/>
          <w:sz w:val="22"/>
        </w:rPr>
        <w:t xml:space="preserve">DÁ FRUTO, ELE PODA, PARA QUE PRODUZA AINDA MAIS. </w:t>
      </w:r>
    </w:p>
    <w:p>
      <w:pPr>
        <w:autoSpaceDN w:val="0"/>
        <w:autoSpaceDE w:val="0"/>
        <w:widowControl/>
        <w:spacing w:line="466" w:lineRule="exact" w:before="0" w:after="0"/>
        <w:ind w:left="1134" w:right="288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EXISTE DIFERENÇA ENTRE CORTAR E PODAR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PRA CORTAR NÃO HÁ CRITÉRIO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VOCÊ SIMPLESMENTE SERRA/CORTA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PODA NÃO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PODA TEM TÉCNICA DE CORTE E SERVE A UM PROPÓSITO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PRODUZIR MAIS FRUTO AINDA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MELHORAR A QUALIDADE DA PLANTA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PODA ENVOLVE REMOVER GALHOS SECOS E DOENTES </w:t>
      </w:r>
    </w:p>
    <w:p>
      <w:pPr>
        <w:autoSpaceDN w:val="0"/>
        <w:autoSpaceDE w:val="0"/>
        <w:widowControl/>
        <w:spacing w:line="442" w:lineRule="exact" w:before="406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É POR ISSO QUE, QUANDO SOMOS PODADOS ALGO PODEROSO ACONTECE…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JO 15:4 (NVT)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PERMANEÇAM EM MIM, E EU PERMANECEREI EM VOCÊS. POIS, ASSIM </w:t>
      </w:r>
      <w:r>
        <w:rPr>
          <w:rFonts w:ascii="" w:hAnsi="" w:eastAsia=""/>
          <w:b/>
          <w:i/>
          <w:color w:val="008F00"/>
          <w:sz w:val="22"/>
        </w:rPr>
        <w:t xml:space="preserve">COMO UM RAMO NÃO PODE PRODUZIR FRUTO SE NÃO ESTIVER NA VIDEIRA, VOCÊS TAMBÉM </w:t>
      </w:r>
      <w:r>
        <w:rPr>
          <w:rFonts w:ascii="" w:hAnsi="" w:eastAsia=""/>
          <w:b/>
          <w:i/>
          <w:color w:val="008F00"/>
          <w:sz w:val="22"/>
        </w:rPr>
        <w:t xml:space="preserve">NÃO PODERÃO PRODUZIR FRUTOS A MENOS QUE PERMANEÇAM EM MIM. </w:t>
      </w:r>
    </w:p>
    <w:p>
      <w:pPr>
        <w:autoSpaceDN w:val="0"/>
        <w:autoSpaceDE w:val="0"/>
        <w:widowControl/>
        <w:spacing w:line="424" w:lineRule="exact" w:before="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V.5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”SIM, EU SOU A VIDEIRA; VOCÊS SÃO OS RAMOS. QUEM PERMANECE EM MIM, E EU </w:t>
      </w:r>
      <w:r>
        <w:rPr>
          <w:rFonts w:ascii="" w:hAnsi="" w:eastAsia=""/>
          <w:b/>
          <w:i/>
          <w:color w:val="008F00"/>
          <w:sz w:val="22"/>
        </w:rPr>
        <w:t xml:space="preserve">NELE, PRODUZ MUITO FRUTO. POIS, SEM MIM, VOCÊS NÃO PODEM FAZER COISA ALGUMA.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V.6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QUEM NÃO PERMANECE EM MIM É JOGADO FORA, COMO UM RAMO IMPRESTÁVEL, E </w:t>
      </w:r>
      <w:r>
        <w:rPr>
          <w:rFonts w:ascii="" w:hAnsi="" w:eastAsia=""/>
          <w:b/>
          <w:i/>
          <w:color w:val="008F00"/>
          <w:sz w:val="22"/>
        </w:rPr>
        <w:t xml:space="preserve">SECA. ESSES RAMOS SÃO AJUNTADOS NUM MONTE PARA SEREM QUEIMADOS. </w:t>
      </w:r>
    </w:p>
    <w:p>
      <w:pPr>
        <w:autoSpaceDN w:val="0"/>
        <w:autoSpaceDE w:val="0"/>
        <w:widowControl/>
        <w:spacing w:line="486" w:lineRule="exact" w:before="248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 UM GALHO PERMANECE DÁ FRUTO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SE DESLIGAR VAI SECAR E MORRER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SÓ PRESTA PARA SER LANÇADO AO FOGO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 ISSO O DESAFIO AO TÉRMINO DESTE JEJUM ... NESTE CULTO DE CEIA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PERMANECER CONECTADO À VIDEIRA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À FONTE DE VIDA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V.7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MAS, SE VOCÊS PERMANECEREM EM MIM E MINHAS PALAVRAS PERMANECEREM EM </w:t>
      </w:r>
      <w:r>
        <w:rPr>
          <w:rFonts w:ascii="" w:hAnsi="" w:eastAsia=""/>
          <w:b/>
          <w:i/>
          <w:color w:val="008F00"/>
          <w:sz w:val="22"/>
        </w:rPr>
        <w:t xml:space="preserve">VOCÊS, PEDIRÃO O QUE QUISEREM, E ISSO LHES SERÁ CONCEDIDO! </w:t>
      </w:r>
    </w:p>
    <w:p>
      <w:pPr>
        <w:autoSpaceDN w:val="0"/>
        <w:autoSpaceDE w:val="0"/>
        <w:widowControl/>
        <w:spacing w:line="486" w:lineRule="exact" w:before="248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SENHOR ESTÁ CHAMANDO PESSOAS AQUI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PARA SAIR DA ESTERILIDADE E PRODUZIR FRUTOS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ENTENDENDO QUE O PAI É GLORIFICADO QUANDO PRODUZIMOS E FRUTIFICAMOS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V.8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QUANDO VOCÊS PRODUZEM MUITOS FRUTOS, TRAZEM GRANDE GLÓRIA A MEU PAI E </w:t>
      </w:r>
      <w:r>
        <w:rPr>
          <w:rFonts w:ascii="" w:hAnsi="" w:eastAsia=""/>
          <w:b/>
          <w:i/>
          <w:color w:val="008F00"/>
          <w:sz w:val="22"/>
        </w:rPr>
        <w:t xml:space="preserve">DEMONSTRAM QUE SÃO MEUS DISCÍPULOS DE VERDADE. </w:t>
      </w:r>
    </w:p>
    <w:p>
      <w:pPr>
        <w:autoSpaceDN w:val="0"/>
        <w:tabs>
          <w:tab w:pos="5886" w:val="left"/>
        </w:tabs>
        <w:autoSpaceDE w:val="0"/>
        <w:widowControl/>
        <w:spacing w:line="452" w:lineRule="exact" w:before="280" w:after="0"/>
        <w:ind w:left="1134" w:right="201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ESTE TEXTO TEM TUDO A VER COM O QUE MINISTREI NO ÚLTIMO DOMINGO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TENHO FALADO DE ÁRVORES NESTES 21 DIAS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ENTRE TANTAS ÁRVORES PARA ILUSTRAR QUEM ELE ERA ELE ESCOLHE A VIDEIRA </w:t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3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A VIDEIRA REFLETE COM DETALHES CARACTERÍSTICAS A RESPEITO DELE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TAMBÉM A RESPEITO DA IGREJA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SOMOS O CORPO DE CRISTO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OUVINDO UMA MINISTRAÇÃO DO PR LUCIANO SUBIRÁ ELE NOS LEMBRA…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A VIDEIRA É UMA DAS POUCAS ÁRVORES QUE DEPENDE DE UMA ESTRUTURA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UMA ESTRUTURA QUE VAI ALÉM DOS SEUS PRÓPRIOS GALHOS E RAMOS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ELA PRECISA ESTAR APOIADA NUMA ESTRUTURA PARA GARANTIR SUA FRUTIFICAÇÃO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OBS: FOTO DE UMA VIDEIRA CHEIA DE FRUTOS MAS QUE TAMBÉM VEMOS A ESTRUTURA </w:t>
      </w:r>
    </w:p>
    <w:p>
      <w:pPr>
        <w:autoSpaceDN w:val="0"/>
        <w:autoSpaceDE w:val="0"/>
        <w:widowControl/>
        <w:spacing w:line="240" w:lineRule="auto" w:before="326" w:after="0"/>
        <w:ind w:left="1134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28749" cy="13030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28749" cy="13030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88" w:lineRule="exact" w:before="144" w:after="0"/>
        <w:ind w:left="1134" w:right="2304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ISSO, MAIS UMA VEZ NOS MOSTRA QUE A IGREJA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É A COMBINAÇÃO DO ORGANISMO VIVO COM UMA ESTRUTURA ORGANIZACIONAL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ORGANISMO E ORGANIZAÇÃO PRECISAM CAMINHAR JUNTOS </w:t>
      </w:r>
    </w:p>
    <w:p>
      <w:pPr>
        <w:autoSpaceDN w:val="0"/>
        <w:autoSpaceDE w:val="0"/>
        <w:widowControl/>
        <w:spacing w:line="488" w:lineRule="exact" w:before="362" w:after="0"/>
        <w:ind w:left="1134" w:right="244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VIDA DA IGREJA DEPENDE DO FLUIR DA SEIVA QUE VEM DO PRÓPRIO CRISTO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SE NÃO HOUVER O MÍNIMO DE ORGANIZAÇÃO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NÓS PODEMOS PERDER O VERDADEIRO POTENCIAL DA IGREJA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NOSSO CORPO SÓ FUNCIONA BEM SE TUDO ESTIVER EM ORDEM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DA MESMA FORMA ACONTECE COM O CORPO DE CRISTO </w:t>
      </w:r>
    </w:p>
    <w:p>
      <w:pPr>
        <w:autoSpaceDN w:val="0"/>
        <w:autoSpaceDE w:val="0"/>
        <w:widowControl/>
        <w:spacing w:line="468" w:lineRule="exact" w:before="38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É POR ISSO QUE QUANDO JESUS DISSE:</w:t>
      </w:r>
      <w:r>
        <w:rPr>
          <w:rFonts w:ascii="" w:hAnsi="" w:eastAsia=""/>
          <w:b/>
          <w:i/>
          <w:color w:val="008F00"/>
          <w:sz w:val="22"/>
        </w:rPr>
        <w:t>EU SOU A VIDEIRA E VOCÊS SÃO OS RAMOS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PORQUE OS RAMOS SÃO A PARTE VIVÍVEL DA VIDEIRA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PARA QUE AS PESSOAS VEJAM JESUS AQUI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ELAS PRECISAM OLHAR PRA IGREJA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ELAS TAMBÉM PRECISAM DE UM LUGAR DE CELEBRAÇÃO E COMUNHÃO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JO 17:20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NÃO PEÇO SOMENTE POR ESTES, MAS TAMBÉM POR AQUELES QUE </w:t>
      </w:r>
      <w:r>
        <w:rPr>
          <w:rFonts w:ascii="" w:hAnsi="" w:eastAsia=""/>
          <w:b/>
          <w:i/>
          <w:color w:val="008F00"/>
          <w:sz w:val="22"/>
        </w:rPr>
        <w:t xml:space="preserve">VIEREM A CRER EM MIM, POR MEIO DA PALAVRA QUE ELES FALAREM,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V.21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A FIM DE QUE TODOS SEJAM UM. E COMO TU, Ó PAI, ESTÁS EM MIM E EU EM TI, </w:t>
      </w:r>
      <w:r>
        <w:rPr>
          <w:rFonts w:ascii="" w:hAnsi="" w:eastAsia=""/>
          <w:b/>
          <w:i/>
          <w:color w:val="008F00"/>
          <w:sz w:val="22"/>
        </w:rPr>
        <w:t xml:space="preserve">TAMBÉM ELES ESTEJAM EM NÓS, PARA QUE O MUNDO CREIA QUE TU ME ENVIASTE. </w:t>
      </w:r>
    </w:p>
    <w:p>
      <w:pPr>
        <w:autoSpaceDN w:val="0"/>
        <w:autoSpaceDE w:val="0"/>
        <w:widowControl/>
        <w:spacing w:line="280" w:lineRule="exact" w:before="472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4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 IGREJA É RESPONSÁVEL POR LEVAR O NOME E A VIDA DE JESUS A ESTA TERRA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COMO TEM GENTE LIGADO A UMA FALSA VIDEIRA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COMO TEM GENTE DIZENDO QUE TUDO QUE VOCÊ PRECISA É DE JESUS E O EVANGELHO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PODE ABRIR MÃO DA IGREJA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ISSO É UMA GRANDE MENTIRA (VIDEIRA FALSA)</w:t>
      </w:r>
    </w:p>
    <w:p>
      <w:pPr>
        <w:autoSpaceDN w:val="0"/>
        <w:autoSpaceDE w:val="0"/>
        <w:widowControl/>
        <w:spacing w:line="488" w:lineRule="exact" w:before="362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UMA VIDEIRA TEM UMA ÚNICA RAIZ</w:t>
      </w:r>
      <w:r>
        <w:rPr>
          <w:rFonts w:ascii="" w:hAnsi="" w:eastAsia=""/>
          <w:b/>
          <w:i w:val="0"/>
          <w:color w:val="FF2600"/>
          <w:sz w:val="22"/>
        </w:rPr>
        <w:t>MAS UMA PROFUNDA LIGAÇÃO ENTRE OS RAMOS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NÃO É TODO RAMO QUE ESTÁ DIRETAMENTE LIGADO AO TRONCO E À RAIZ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OS RAMOS GERAM EM SI OUTROS RAMOS QUE VÃO BROTANDO EM OUTROS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UMA VIDEIRA VERDADEIRA SE DESDOBRA EM MUITOS RAMOS INTERLIGADOS </w:t>
      </w:r>
    </w:p>
    <w:p>
      <w:pPr>
        <w:autoSpaceDN w:val="0"/>
        <w:autoSpaceDE w:val="0"/>
        <w:widowControl/>
        <w:spacing w:line="454" w:lineRule="exact" w:before="39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É ASSIM QUE CAMINHA A IGREJA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NINGUÉM TEM VIDA SOZINHO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EF 1:22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 SUJEITOU TODAS AS COISAS DEBAIXO DOS PÉS DE CRISTO E, PARA SER O </w:t>
      </w:r>
      <w:r>
        <w:rPr>
          <w:rFonts w:ascii="" w:hAnsi="" w:eastAsia=""/>
          <w:b/>
          <w:i/>
          <w:color w:val="008F00"/>
          <w:sz w:val="22"/>
        </w:rPr>
        <w:t xml:space="preserve">CABEÇA SOBRE TODAS AS COISAS, O DEU À IGREJA,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V.23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A QUAL É O SEU CORPO, A PLENITUDE DAQUELE QUE A TUDO ENCHE EM TODAS AS </w:t>
      </w:r>
      <w:r>
        <w:rPr>
          <w:rFonts w:ascii="" w:hAnsi="" w:eastAsia=""/>
          <w:b/>
          <w:i/>
          <w:color w:val="008F00"/>
          <w:sz w:val="22"/>
        </w:rPr>
        <w:t xml:space="preserve">COISAS. </w:t>
      </w:r>
    </w:p>
    <w:p>
      <w:pPr>
        <w:autoSpaceDN w:val="0"/>
        <w:autoSpaceDE w:val="0"/>
        <w:widowControl/>
        <w:spacing w:line="476" w:lineRule="exact" w:before="256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EF 3:21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A ELE SEJA A GLÓRIA, NA IGREJA E EM CRISTO JESUS, POR TODAS AS </w:t>
      </w:r>
      <w:r>
        <w:rPr>
          <w:rFonts w:ascii="" w:hAnsi="" w:eastAsia=""/>
          <w:b/>
          <w:i/>
          <w:color w:val="008F00"/>
          <w:sz w:val="22"/>
        </w:rPr>
        <w:t xml:space="preserve">GERAÇÕES, PARA TODO O SEMPRE. AMÉM! </w:t>
      </w:r>
    </w:p>
    <w:p>
      <w:pPr>
        <w:autoSpaceDN w:val="0"/>
        <w:autoSpaceDE w:val="0"/>
        <w:widowControl/>
        <w:spacing w:line="254" w:lineRule="exact" w:before="478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DOMINGO FALEI DA IMPORTÂNCIA DE ESTARMOS PLANTADOS NA CASA </w:t>
      </w:r>
    </w:p>
    <w:p>
      <w:pPr>
        <w:autoSpaceDN w:val="0"/>
        <w:autoSpaceDE w:val="0"/>
        <w:widowControl/>
        <w:spacing w:line="456" w:lineRule="exact" w:before="39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1.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 IGREJA/A CASA DO PAI É UMA COMUNIDADE DE AMOR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NUNCA SE ESQUEÇA DISSO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2.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 A IGREJA/A CASA DO PAI NÃO É TEMPORÁRIA É UM LUGAR DE VIDA E PARA TODA VIDA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3.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 IGREJA/A DO PAI É UM LUGAR DE MISERICÓRDIA/CUIDADO/GRAÇA/COMUNHÃO/ </w:t>
      </w:r>
      <w:r>
        <w:rPr>
          <w:rFonts w:ascii="" w:hAnsi="" w:eastAsia=""/>
          <w:b/>
          <w:i w:val="0"/>
          <w:color w:val="FF2600"/>
          <w:sz w:val="22"/>
        </w:rPr>
        <w:t xml:space="preserve">SALVAÇÃO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4.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 IGREJA/A CASA DO PAI É UM LUGAR DE ALEGRIA/SANTIDADE/MILAGRES E BENÇÃOS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5.</w:t>
      </w:r>
      <w:r>
        <w:rPr>
          <w:rFonts w:ascii="" w:hAnsi="" w:eastAsia=""/>
          <w:b/>
          <w:i w:val="0"/>
          <w:color w:val="FF2600"/>
          <w:sz w:val="22"/>
          <w:u w:val="single"/>
        </w:rPr>
        <w:t xml:space="preserve">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 IGREJA/A CASA DO PAI É UM LUGAR DE FRUTIFICAÇÃO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92:13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PLANTADOS NA CASA DO SENHOR, FLORESCERÃO NOS ÁTRIOS DO NOSSO </w:t>
      </w:r>
      <w:r>
        <w:rPr>
          <w:rFonts w:ascii="" w:hAnsi="" w:eastAsia=""/>
          <w:b/>
          <w:i/>
          <w:color w:val="008F00"/>
          <w:sz w:val="22"/>
        </w:rPr>
        <w:t xml:space="preserve">DEUS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V.14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NA VELHICE DARÃO AINDA FRUTOS, SERÃO CHEIOS DE SEIVA E DE VERDOR </w:t>
      </w:r>
    </w:p>
    <w:p>
      <w:pPr>
        <w:autoSpaceDN w:val="0"/>
        <w:tabs>
          <w:tab w:pos="5886" w:val="left"/>
        </w:tabs>
        <w:autoSpaceDE w:val="0"/>
        <w:widowControl/>
        <w:spacing w:line="434" w:lineRule="exact" w:before="414" w:after="0"/>
        <w:ind w:left="1134" w:right="360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ESSA VERDADE TEM TUDO A VER COM A VIDEIRA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UMA VIDEIRA PRODUZ ATÉ POR 100 ANOS DIZEM OS ESPECIALISTAS </w:t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5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6" w:lineRule="exact" w:before="90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É ASSIM CONOSCO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QUANDO ESTOU CONECTADO À VIDEIRA VERDADEIRA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SEIVA DO TRONCO PASSA PRO GALHO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A MESMA VIDA QUE PULSA NAS RAÍZES E NO TRONCO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É ESTENDIDA AOS RAMOS QUE NATURALMENTE VÃO FRUTIFICAR POR MUITO TEMPO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V.2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TODO RAMO QUE, ESTANDO EM MIM, NÃO DÁ FRUTO, ELE CORTA. TODO RAMO QUE </w:t>
      </w:r>
      <w:r>
        <w:rPr>
          <w:rFonts w:ascii="" w:hAnsi="" w:eastAsia=""/>
          <w:b/>
          <w:i/>
          <w:color w:val="008F00"/>
          <w:sz w:val="22"/>
        </w:rPr>
        <w:t xml:space="preserve">DÁ FRUTO, ELE PODA, PARA QUE PRODUZA AINDA MAIS. </w:t>
      </w:r>
    </w:p>
    <w:p>
      <w:pPr>
        <w:autoSpaceDN w:val="0"/>
        <w:autoSpaceDE w:val="0"/>
        <w:widowControl/>
        <w:spacing w:line="488" w:lineRule="exact" w:before="244" w:after="0"/>
        <w:ind w:left="1134" w:right="46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ESTA É A PALAVRA PROFÉTICA DESTE ANO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ATÉ NA VELHICE CONTINUARÃO SENDO CASA FRUTÍFERA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SERÃO CHEIOS DE SEIVA E DE VERDOR </w:t>
      </w:r>
    </w:p>
    <w:p>
      <w:pPr>
        <w:autoSpaceDN w:val="0"/>
        <w:autoSpaceDE w:val="0"/>
        <w:widowControl/>
        <w:spacing w:line="488" w:lineRule="exact" w:before="360" w:after="0"/>
        <w:ind w:left="1134" w:right="259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VOCÊ QUE FOI PLANTADO PELO SENHOR NESTA CASA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QUERO TE DESAFIAR A VALORIZAR ESTE LUGAR</w:t>
      </w:r>
      <w:r>
        <w:rPr>
          <w:u w:val="single" w:color="521b92"/>
          <w:rFonts w:ascii="" w:hAnsi="" w:eastAsia=""/>
          <w:b/>
          <w:i w:val="0"/>
          <w:color w:val="531B93"/>
          <w:sz w:val="22"/>
        </w:rPr>
        <w:t xml:space="preserve">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ESTAR JUNTO AOS IRMÃOS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NINGUÉM SOBREVIVE SENDO CRENTE DE INTERNET A NÃO SER QUEM PRECISA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QUANDO ESTAMOS JUNTOS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O SENHOR ORDENA A BENÇÃO E A VIDA PARA SEMPRE </w:t>
      </w:r>
    </w:p>
    <w:p>
      <w:pPr>
        <w:autoSpaceDN w:val="0"/>
        <w:autoSpaceDE w:val="0"/>
        <w:widowControl/>
        <w:spacing w:line="488" w:lineRule="exact" w:before="362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GOSTARIA DE TRAZER O EXEMPLO DE DAVI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O HOMEM SEGUNDO O CORAÇÃO DE DEUS)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ERA UM PASTORZINHO DE OVELHAS QUE DE REPENTE VIROU REI AINDA JOVEM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COMO REI VIVEU GRANDE PARTE DA SUA VIDA CHEIO DE SEIVA E DE VERDOR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ESTAVA CONECTADO À VIDEIRA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SABIA E RECONHECIA A IMPORTÂNCIA DA CASA DE DEUS </w:t>
      </w:r>
    </w:p>
    <w:p>
      <w:pPr>
        <w:autoSpaceDN w:val="0"/>
        <w:autoSpaceDE w:val="0"/>
        <w:widowControl/>
        <w:spacing w:line="488" w:lineRule="exact" w:before="360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AO LONGO DO CAMINHO ACABOU PERDENDO O PRINCIPAL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TORNOU UMA PARREIRA VELHA QUE PRECISAVA SER PODADA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DEIXOU DE PRODUZIR FRUTOS E O QUE É PIOR TINHA RAMOS SECOS E PODRES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DEPOIS ASSISTA NO YOUTUBE: </w:t>
      </w:r>
      <w:r>
        <w:rPr>
          <w:rFonts w:ascii="" w:hAnsi="" w:eastAsia=""/>
          <w:b/>
          <w:i/>
          <w:color w:val="FF2600"/>
          <w:sz w:val="22"/>
        </w:rPr>
        <w:t xml:space="preserve">O QUE FAZER QUANDO A VIDEIRA JÁ NÃO ESTÁ PRODUTIVA </w:t>
      </w:r>
    </w:p>
    <w:p>
      <w:pPr>
        <w:autoSpaceDN w:val="0"/>
        <w:tabs>
          <w:tab w:pos="5886" w:val="left"/>
        </w:tabs>
        <w:autoSpaceDE w:val="0"/>
        <w:widowControl/>
        <w:spacing w:line="436" w:lineRule="exact" w:before="41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É SÓ LEMBRAR DE COMO ENFRENTOU GOLIAS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 GIGANTE QUE AFRONTOU O POVO DE DEUS PEDINDO UM GUERREIRO PARA O </w:t>
      </w:r>
      <w:r>
        <w:rPr>
          <w:rFonts w:ascii="" w:hAnsi="" w:eastAsia=""/>
          <w:b/>
          <w:i w:val="0"/>
          <w:color w:val="531B93"/>
          <w:sz w:val="22"/>
        </w:rPr>
        <w:t xml:space="preserve">ENFRENTAR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QUEM VENCESSE AQUELE DUELO ESTENDERIA A VITÓRIA A TODO EXÉRCITO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LÁ ESTAVA O GIGANTE GOLIAS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NUNCA TINHA PERDIDO UMA BATALHA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6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 40 DIAS ELE INSULTA CLAMANDO POR ALGUÉM PARA ENFRENTÁ-LO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NINGUÉM ERA DOIDO DE ACEITAR, MESMO OS MAIS PREPARADOS GUERREIROS DE ISRAEL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ATÉ QUE DAVI APARECE EM CENA TRAZENDO MANTIMENTO PARA SEUS IRMÃOS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E, QUANDO DAVI OUVE AS AFRONTAS DE GOLIAS ELE DIZ: EU ACEITO O DESAFIO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EM VEZ DE OLHAR COM MEDO ELE OLHA COM ENTUSIASMO (CHEIO DE DEUS)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ELE SE ANIMOU PORQUE ESTAVA CHEIO DE SEIVA E DE VERDOR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DECIDE ENFRENTAR AQUELA BATALHA COM UMA PEDRINHA NUMA FUNDA </w:t>
      </w:r>
    </w:p>
    <w:p>
      <w:pPr>
        <w:autoSpaceDN w:val="0"/>
        <w:autoSpaceDE w:val="0"/>
        <w:widowControl/>
        <w:spacing w:line="444" w:lineRule="exact" w:before="406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É SÓ LEMBRAR O QUE ELE FALOU PRO GIGANTE…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I SM 17:45 (NVI)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VOCÊ VEM CONTRA MIM COM ESPADA, COM LANÇA E COM DARDOS, MAS </w:t>
      </w:r>
      <w:r>
        <w:rPr>
          <w:rFonts w:ascii="" w:hAnsi="" w:eastAsia=""/>
          <w:b/>
          <w:i/>
          <w:color w:val="008F00"/>
          <w:sz w:val="22"/>
        </w:rPr>
        <w:t xml:space="preserve">EU VOU CONTRA VOCÊ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/>
          <w:color w:val="FF2600"/>
          <w:sz w:val="22"/>
        </w:rPr>
        <w:t xml:space="preserve"> CHEIO DE VIDA E DE VERDOR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EM NOME DO SENHOR DOS </w:t>
      </w:r>
      <w:r>
        <w:rPr>
          <w:rFonts w:ascii="" w:hAnsi="" w:eastAsia=""/>
          <w:b/>
          <w:i/>
          <w:color w:val="008F00"/>
          <w:sz w:val="22"/>
        </w:rPr>
        <w:t>EXÉRCITOS, O DEUS DOS EXÉRCITOS DE ISRAEL, A QUEM VOCÊ DESAFIOU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V.46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HOJE MESMO O SENHOR O ENTREGARÁ NAS MINHAS MÃOS, EU O MATAREI E </w:t>
      </w:r>
      <w:r>
        <w:rPr>
          <w:rFonts w:ascii="" w:hAnsi="" w:eastAsia=""/>
          <w:b/>
          <w:i/>
          <w:color w:val="008F00"/>
          <w:sz w:val="22"/>
        </w:rPr>
        <w:t xml:space="preserve">CORTAREI SUA CABEÇA. HOJE MESMO DAREI OS CADÁVERES DO EXÉRCITO FILISTEU ÀS AVES </w:t>
      </w:r>
      <w:r>
        <w:rPr>
          <w:rFonts w:ascii="" w:hAnsi="" w:eastAsia=""/>
          <w:b/>
          <w:i/>
          <w:color w:val="008F00"/>
          <w:sz w:val="22"/>
        </w:rPr>
        <w:t>DO CÉU E AOS ANIMAIS SELVAGENS, E TODA TERRA SABERÁ QUE HÁ DEUS EM ISRAEL</w:t>
      </w:r>
    </w:p>
    <w:p>
      <w:pPr>
        <w:autoSpaceDN w:val="0"/>
        <w:autoSpaceDE w:val="0"/>
        <w:widowControl/>
        <w:spacing w:line="488" w:lineRule="exact" w:before="244" w:after="0"/>
        <w:ind w:left="1134" w:right="316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TODOS SABERÃO QUE HÁ HÁ UMA VIDA DIFERENTE EM NÓS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ELE ESTAVA CHEIO DE SEIVA E DE VERDOR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TINHA NADA A VER COM CORAGEM HUMANA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COM A VIDA QUE ESTAVA NELE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PRESENÇA PODEROSA DE DEUS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ONDE DAVI CONSEGUIU ESSA DISPOSIÇÃO? </w:t>
      </w:r>
    </w:p>
    <w:p>
      <w:pPr>
        <w:autoSpaceDN w:val="0"/>
        <w:tabs>
          <w:tab w:pos="1200" w:val="left"/>
        </w:tabs>
        <w:autoSpaceDE w:val="0"/>
        <w:widowControl/>
        <w:spacing w:line="488" w:lineRule="exact" w:before="0" w:after="0"/>
        <w:ind w:left="1134" w:right="2304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ESTA É A MINHA ORAÇÃO NESTE FINAL DE 21 DIAS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NESTA CEIA ONDE PARTICIPAREMOS DO PRODUTO DA VIDEIRA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UMA IGREJA CHEIA DE DEUS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FAMÍLIAS CHEIAS DE DEUS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HOMENS E MULHERES CHEIOS DE DEUS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 POVO CAMINHANDO CHEIO DE SEIVA E VERDOR VINDA DO PRÓPRIO SENHOR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UM POVO CONECTADO À VIDEIRA VERDADEIRA </w:t>
      </w:r>
    </w:p>
    <w:p>
      <w:pPr>
        <w:autoSpaceDN w:val="0"/>
        <w:tabs>
          <w:tab w:pos="5886" w:val="left"/>
        </w:tabs>
        <w:autoSpaceDE w:val="0"/>
        <w:widowControl/>
        <w:spacing w:line="444" w:lineRule="exact" w:before="404" w:after="0"/>
        <w:ind w:left="1134" w:right="216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AÍ…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PODE VIR GIGANTE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PODE VIR PROBLEMA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PODE VIR VENTO OU TEMPESTADE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ENCONTRARÁ UM POVO CHEIO DE VIDA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CHEIO DA PRESENÇA DE DEUS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7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76" w:lineRule="exact" w:before="91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JO 15:7 (NVT)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MAS, SE VOCÊS PERMANECEREM EM MIM E MINHAS PALAVRAS </w:t>
      </w:r>
      <w:r>
        <w:rPr>
          <w:rFonts w:ascii="" w:hAnsi="" w:eastAsia=""/>
          <w:b/>
          <w:i/>
          <w:color w:val="008F00"/>
          <w:sz w:val="22"/>
        </w:rPr>
        <w:t xml:space="preserve">PERMANECEREM EM VOCÊS, PEDIRÃO O QUE QUISEREM, E ISSO LHES SERÁ CONCEDIDO! </w:t>
      </w:r>
    </w:p>
    <w:p>
      <w:pPr>
        <w:autoSpaceDN w:val="0"/>
        <w:autoSpaceDE w:val="0"/>
        <w:widowControl/>
        <w:spacing w:line="256" w:lineRule="exact" w:before="118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DE ONDE VEIO A DISPOSIÇÃO DE DAVI PARA ENFRENTAR QUALQUER SITUAÇÃO??? </w:t>
      </w:r>
    </w:p>
    <w:p>
      <w:pPr>
        <w:autoSpaceDN w:val="0"/>
        <w:autoSpaceDE w:val="0"/>
        <w:widowControl/>
        <w:spacing w:line="488" w:lineRule="exact" w:before="0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 ÂNIMO PARA FAZER O QUE NINGUÉM SE DISPUNHA A FAZER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UMA OUSADIA MESMO SENDO JOVEM DEMAIS? OU VELHO DEMAIS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UMA CONFIANÇA APESAR DA QUIMIOTERAPIA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DA INSULINA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DA BOLSA DE COLOSTOMIA?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COMO TER DISPOSIÇÃO COM UM CATETER NO PESCOÇO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ONDE VOCÊ CONSEGUE ESSE VIGOR QUE DAVI TINHA???? </w:t>
      </w:r>
    </w:p>
    <w:p>
      <w:pPr>
        <w:autoSpaceDN w:val="0"/>
        <w:autoSpaceDE w:val="0"/>
        <w:widowControl/>
        <w:spacing w:line="488" w:lineRule="exact" w:before="362" w:after="0"/>
        <w:ind w:left="1134" w:right="360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1º LUGAR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DAVI CONFIAVA EM DEUS DIARIAMENTE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MUITOS CONFIAM ÀS VEZES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DEPENDENDO DA SITUAÇÃO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JÁ DAVI CAMINHAVA E CONFIAVA EM DEUS DIARIAMENTE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CASO CONTRÁRIO, COMO OUSARIA ENFRENTAR AQUELE GIGANTE? </w:t>
      </w:r>
    </w:p>
    <w:p>
      <w:pPr>
        <w:autoSpaceDN w:val="0"/>
        <w:autoSpaceDE w:val="0"/>
        <w:widowControl/>
        <w:spacing w:line="488" w:lineRule="exact" w:before="0" w:after="0"/>
        <w:ind w:left="1134" w:right="5472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PORQUE JÁ CONFIAVA EM DEUS DIARIAMENTE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UMA SEIVA DE VIDA CORRIA EM SEU INTERIOR </w:t>
      </w:r>
    </w:p>
    <w:p>
      <w:pPr>
        <w:autoSpaceDN w:val="0"/>
        <w:autoSpaceDE w:val="0"/>
        <w:widowControl/>
        <w:spacing w:line="488" w:lineRule="exact" w:before="362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ELE PODIA CONFIAR PORQUE POUCO TEMPO ATRÁS AINDA QUANDO ESTAVA NO CAMPO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 LEÃO E UM URSO ATACARAM O REBANHO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SABE O QUE ACONTECEU???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ELE CONFIOU EM DEUS E DEUS DEU FORÇAS A ELE PARA ACABAR COM OS DOIS BICHOS </w:t>
      </w:r>
    </w:p>
    <w:p>
      <w:pPr>
        <w:autoSpaceDN w:val="0"/>
        <w:autoSpaceDE w:val="0"/>
        <w:widowControl/>
        <w:spacing w:line="488" w:lineRule="exact" w:before="360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ELE SABIA QUE NUNCA ESTAVA SÓ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OS QUE CONFIAM NO SENHOR SÃO COMO MONTE DE SIÃO, NÃO SE ABALAM </w:t>
      </w:r>
      <w:r>
        <w:rPr>
          <w:rFonts w:ascii="" w:hAnsi="" w:eastAsia=""/>
          <w:b/>
          <w:i/>
          <w:color w:val="008F00"/>
          <w:sz w:val="22"/>
        </w:rPr>
        <w:t xml:space="preserve">- SL 125:1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AQUELE QUE ENTREGA O SEU CAMINHO AO SENHOR </w:t>
      </w:r>
      <w:r>
        <w:rPr>
          <w:rFonts w:ascii="" w:hAnsi="" w:eastAsia=""/>
          <w:b/>
          <w:i/>
          <w:color w:val="008F00"/>
          <w:sz w:val="22"/>
        </w:rPr>
        <w:t xml:space="preserve">- SL 37:5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PODE CONFIAR NELE E O MAIS ELE FARÁ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POR CAUSA DESSA EXPERIÊNCIA COM ESSE DEUS QUE SEMPRE ESTAVA COM ELE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ELE PODIA ENCARAR O GIGANTE COM A CONFIANÇA QUE IRIA VENCER </w:t>
      </w:r>
    </w:p>
    <w:p>
      <w:pPr>
        <w:autoSpaceDN w:val="0"/>
        <w:autoSpaceDE w:val="0"/>
        <w:widowControl/>
        <w:spacing w:line="488" w:lineRule="exact" w:before="360" w:after="0"/>
        <w:ind w:left="1134" w:right="201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2º LUGAR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DAVI CAMINHAVA COM DEUS DIARIAMENTE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ELE CAMINHAVA COM DEUS TODOS OS DIAS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ELE GOSTAVA DA PRESENÇA DE DEUS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É SÓ LEMBRAR DO QUE ELE MESMO DISSE…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23:1 (NVT)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O SENHOR É MEU PASTOR E NADA ME FALTARÁ </w:t>
      </w:r>
    </w:p>
    <w:p>
      <w:pPr>
        <w:autoSpaceDN w:val="0"/>
        <w:autoSpaceDE w:val="0"/>
        <w:widowControl/>
        <w:spacing w:line="280" w:lineRule="exact" w:before="304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8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64" w:lineRule="exact" w:before="92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V.2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ELE ME FAZ REPOUSAR EM VERDES PASTOS E ME LEVA PARA JUNTO DE RIACHOS </w:t>
      </w:r>
      <w:r>
        <w:rPr>
          <w:rFonts w:ascii="" w:hAnsi="" w:eastAsia=""/>
          <w:b/>
          <w:i/>
          <w:color w:val="008F00"/>
          <w:sz w:val="22"/>
        </w:rPr>
        <w:t xml:space="preserve">TRANQUILOS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V.3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ELE RENOVA AS MINHAS FORÇAS E ME GUIA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ME GUIA LÁ NO CAMPO QUANDO VEM LEÃO E QUANDO VEM URSO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QUANDO VEM QUALQUER PROBLEMA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QUANDO VEM DESEMPREGO/DOENÇA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QUANDO VEM A CRISE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ELE ESTÁ COMIGO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ELE ME GUIA PELO CAMINHO CERTO </w:t>
      </w:r>
    </w:p>
    <w:p>
      <w:pPr>
        <w:autoSpaceDN w:val="0"/>
        <w:autoSpaceDE w:val="0"/>
        <w:widowControl/>
        <w:spacing w:line="434" w:lineRule="exact" w:before="41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V.4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MESMO QUANDO EU ANDAR PELO VALE ESCURO DA MORTE, NÃO TEREI MEDO, </w:t>
      </w:r>
      <w:r>
        <w:rPr>
          <w:shd w:val="clear" w:color="auto" w:fill="fefb00"/>
          <w:rFonts w:ascii="" w:hAnsi="" w:eastAsia=""/>
          <w:b/>
          <w:i/>
          <w:color w:val="008F00"/>
          <w:sz w:val="22"/>
        </w:rPr>
        <w:t>POIS</w:t>
      </w:r>
      <w:r>
        <w:rPr>
          <w:rFonts w:ascii="" w:hAnsi="" w:eastAsia=""/>
          <w:b/>
          <w:i/>
          <w:color w:val="008F00"/>
          <w:sz w:val="22"/>
        </w:rPr>
        <w:t xml:space="preserve"> </w:t>
      </w:r>
      <w:r>
        <w:rPr>
          <w:shd w:val="clear" w:color="auto" w:fill="fefb00"/>
          <w:rFonts w:ascii="" w:hAnsi="" w:eastAsia=""/>
          <w:b/>
          <w:i/>
          <w:color w:val="008F00"/>
          <w:sz w:val="22"/>
        </w:rPr>
        <w:t>TU ESTÁS AO MEU LADO</w:t>
      </w:r>
      <w:r>
        <w:rPr>
          <w:rFonts w:ascii="" w:hAnsi="" w:eastAsia=""/>
          <w:b/>
          <w:i/>
          <w:color w:val="008F00"/>
          <w:sz w:val="22"/>
        </w:rPr>
        <w:t xml:space="preserve">. TUA VARA E TEU CAJADO ME PROTEGEM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shd w:val="clear" w:color="auto" w:fill="fefb00"/>
          <w:rFonts w:ascii="" w:hAnsi="" w:eastAsia=""/>
          <w:b/>
          <w:i/>
          <w:color w:val="008F00"/>
          <w:sz w:val="22"/>
        </w:rPr>
        <w:t xml:space="preserve"> V.5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shd w:val="clear" w:color="auto" w:fill="fefb00"/>
          <w:rFonts w:ascii="" w:hAnsi="" w:eastAsia=""/>
          <w:b/>
          <w:i/>
          <w:color w:val="008F00"/>
          <w:sz w:val="22"/>
        </w:rPr>
        <w:t xml:space="preserve"> PREPARAS UM</w:t>
      </w:r>
      <w:r>
        <w:rPr>
          <w:rFonts w:ascii="" w:hAnsi="" w:eastAsia=""/>
          <w:b/>
          <w:i/>
          <w:color w:val="008F00"/>
          <w:sz w:val="22"/>
        </w:rPr>
        <w:t xml:space="preserve"> BANQUETE PARA MIM NA PRESENÇA DE MEUS INIMIGOS. UNGES A </w:t>
      </w:r>
      <w:r>
        <w:rPr>
          <w:rFonts w:ascii="" w:hAnsi="" w:eastAsia=""/>
          <w:b/>
          <w:i/>
          <w:color w:val="008F00"/>
          <w:sz w:val="22"/>
        </w:rPr>
        <w:t xml:space="preserve">MINHA CABEÇA COM ÓLEO; MEU CÁLICE TRANSBORDA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V.6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CERTAMENTE A BONDADE E O AMOR ME SEGUIRÃO </w:t>
      </w:r>
      <w:r>
        <w:rPr>
          <w:shd w:val="clear" w:color="auto" w:fill="fefb00"/>
          <w:rFonts w:ascii="" w:hAnsi="" w:eastAsia=""/>
          <w:b/>
          <w:i/>
          <w:color w:val="008F00"/>
          <w:sz w:val="22"/>
        </w:rPr>
        <w:t>TODOS OS DIAS (DIARIAMENTE)</w:t>
      </w:r>
      <w:r>
        <w:rPr>
          <w:rFonts w:ascii="" w:hAnsi="" w:eastAsia=""/>
          <w:b/>
          <w:i/>
          <w:color w:val="008F00"/>
          <w:sz w:val="22"/>
        </w:rPr>
        <w:t xml:space="preserve"> </w:t>
      </w:r>
      <w:r>
        <w:rPr>
          <w:rFonts w:ascii="" w:hAnsi="" w:eastAsia=""/>
          <w:b/>
          <w:i/>
          <w:color w:val="008F00"/>
          <w:sz w:val="22"/>
        </w:rPr>
        <w:t xml:space="preserve">DA MINHA VIDA E VIVEREI NA CASA DO SENHOR PARA SEMPRE </w:t>
      </w:r>
    </w:p>
    <w:p>
      <w:pPr>
        <w:autoSpaceDN w:val="0"/>
        <w:autoSpaceDE w:val="0"/>
        <w:widowControl/>
        <w:spacing w:line="488" w:lineRule="exact" w:before="244" w:after="0"/>
        <w:ind w:left="1008" w:right="4032" w:firstLine="0"/>
        <w:jc w:val="center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DE ONDE VINHA ESSA CERTEZA????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PERMANECIA NA VIDEIRA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ELE CONFIAVA DIARIAMENTE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ELE CAMINHAVA DIARIAMENTE </w:t>
      </w:r>
    </w:p>
    <w:p>
      <w:pPr>
        <w:autoSpaceDN w:val="0"/>
        <w:autoSpaceDE w:val="0"/>
        <w:widowControl/>
        <w:spacing w:line="488" w:lineRule="exact" w:before="362" w:after="0"/>
        <w:ind w:left="1134" w:right="273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3º LUGAR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ELE ADORAVA DIARIAMENTE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 HÁ MAIOR ADORADOR NA BÍBLIA DO QUE DAVI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QUANDO ELE TROUXE A ARCA DE VOLTA A JERUSALÉM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ELE FOI SE DESPINDO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PULAVA/DANÇAVA/SALTAVA DIANTE DO SENHOR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SUA ESPOSA COMEÇOU A CRITICAR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ELE NÃO CONSEGUIA SE CONTER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ESTAVA TOTALMENTE ENTUSIASMADO EM ADORAR A DEUS </w:t>
      </w:r>
    </w:p>
    <w:p>
      <w:pPr>
        <w:autoSpaceDN w:val="0"/>
        <w:autoSpaceDE w:val="0"/>
        <w:widowControl/>
        <w:spacing w:line="490" w:lineRule="exact" w:before="358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DAVI ERA UM ADORADOR RADICAL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DAQUELES QUE NÃO SE CONTINHAM MESMO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ELE FAZIA QUALQUER COISA PARA ADORAR A DEUS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ELE NÃO SE IMPORTAVA O QUE PENSAVAM DELE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QUERIA AGRADAR A DEUS DIARIAMENTE </w:t>
      </w:r>
    </w:p>
    <w:p>
      <w:pPr>
        <w:autoSpaceDN w:val="0"/>
        <w:autoSpaceDE w:val="0"/>
        <w:widowControl/>
        <w:spacing w:line="446" w:lineRule="exact" w:before="40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34:1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LOUVAREI AO SENHOR EM TODO O TEMPO, O SEU LOUVOR ESTARÁ </w:t>
      </w:r>
      <w:r>
        <w:rPr>
          <w:rFonts w:ascii="" w:hAnsi="" w:eastAsia=""/>
          <w:b/>
          <w:i/>
          <w:color w:val="008F00"/>
          <w:sz w:val="22"/>
        </w:rPr>
        <w:t xml:space="preserve">SEMPRE (DIARIAMENTE) NOS MEUS LÁBIOS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ELE NÃO ERA UM ADORADOR DE UM CULTO POR SEMANA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 ERA UM ADORADOR ESCONDIDO </w:t>
      </w:r>
    </w:p>
    <w:p>
      <w:pPr>
        <w:autoSpaceDN w:val="0"/>
        <w:autoSpaceDE w:val="0"/>
        <w:widowControl/>
        <w:spacing w:line="280" w:lineRule="exact" w:before="458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9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6" w:lineRule="exact" w:before="90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 ERA DAQUELES QUE CHEGAVA NO CULTO SÓ PRA OUVIR A MENSAGEM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NÃO! ELE VINHA PELO SENHOR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ELE ADORAVA PARA O SENHOR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84:1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QUÃO AMÁVEIS SÃO OS TEUS TABERNÁCULOS, SENHOR DOS EXÉRCITOS!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V.2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A MINHA ALMA SUSPIRA E DESFALECE PELOS ÁTRIOS DO SENHOR; O MEU CORAÇÃO E </w:t>
      </w:r>
      <w:r>
        <w:rPr>
          <w:rFonts w:ascii="" w:hAnsi="" w:eastAsia=""/>
          <w:b/>
          <w:i/>
          <w:color w:val="008F00"/>
          <w:sz w:val="22"/>
        </w:rPr>
        <w:t xml:space="preserve">A MINHA CARNE EXULTAM PELO DEUS VIVO! </w:t>
      </w:r>
    </w:p>
    <w:p>
      <w:pPr>
        <w:autoSpaceDN w:val="0"/>
        <w:autoSpaceDE w:val="0"/>
        <w:widowControl/>
        <w:spacing w:line="408" w:lineRule="exact" w:before="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V.3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O PARDAL ENCONTROU CASA, E A ANDORINHA, NINHO PARA SI, ONDE ACOLHA OS </w:t>
      </w:r>
      <w:r>
        <w:rPr>
          <w:rFonts w:ascii="" w:hAnsi="" w:eastAsia=""/>
          <w:b/>
          <w:i/>
          <w:color w:val="008F00"/>
          <w:sz w:val="22"/>
        </w:rPr>
        <w:t xml:space="preserve">SEUS FILHOTES, PERTO DOS TEUS ALTARES, SENHOR DOS EXÉRCITOS, REI MEU E DEUS MEU!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V.4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BEM-AVENTURADOS OS QUE HABITAM EM TUA CASA; LOUVAM-TE PERPETUAMENTE. </w:t>
      </w:r>
    </w:p>
    <w:p>
      <w:pPr>
        <w:autoSpaceDN w:val="0"/>
        <w:autoSpaceDE w:val="0"/>
        <w:widowControl/>
        <w:spacing w:line="488" w:lineRule="exact" w:before="360" w:after="0"/>
        <w:ind w:left="1134" w:right="216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ESTAR NA CASA DE DEUS ERA A VIDA DE DAVI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 HOMEM QUE CONFIAVA EM DEUS DIARIAMENTE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CAMINHAVA COM DEUS DIARIAMENTE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ADORAVA A DEUS DIARIAMENTE </w:t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ERA CHEIO DE DEUS DIARIAMENTE</w:t>
      </w:r>
    </w:p>
    <w:p>
      <w:pPr>
        <w:autoSpaceDN w:val="0"/>
        <w:autoSpaceDE w:val="0"/>
        <w:widowControl/>
        <w:spacing w:line="488" w:lineRule="exact" w:before="362" w:after="0"/>
        <w:ind w:left="1134" w:right="201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MAS, INFELIZMENTE A HISTÓRIA DE DAVI EM OUTRO LADO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NO INÍCIO DAVI ERA EXATAMENTE COMO FALEI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TINHA VIDA COM DEUS DE SOBRA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TODOS PERCEBIAM A SEIVA E O VIGOR NA SUA VIDA </w:t>
      </w:r>
    </w:p>
    <w:p>
      <w:pPr>
        <w:autoSpaceDN w:val="0"/>
        <w:autoSpaceDE w:val="0"/>
        <w:widowControl/>
        <w:spacing w:line="486" w:lineRule="exact" w:before="36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MAS, COM O TEMPO, ALGO ACONTECEU…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GALHOS COMEÇARAM A SECAR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ELE PERDEU PAROU DE PERMANECER NA VIDEIRA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DAVI QUE MATOU GOLIAS JÁ NÃO ERA MAIS O MESMO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EXISTIA MAIS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II SM 11:1 (NVI)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NA PRIMAVERA, ÉPOCA EM QUE OS REIS SAÍAM PARA A GUERRA … DAVI </w:t>
      </w:r>
      <w:r>
        <w:rPr>
          <w:rFonts w:ascii="" w:hAnsi="" w:eastAsia=""/>
          <w:b/>
          <w:i/>
          <w:color w:val="008F00"/>
          <w:sz w:val="22"/>
        </w:rPr>
        <w:t xml:space="preserve">PERMANECEU EM JERUSALÉM </w:t>
      </w:r>
    </w:p>
    <w:p>
      <w:pPr>
        <w:autoSpaceDN w:val="0"/>
        <w:autoSpaceDE w:val="0"/>
        <w:widowControl/>
        <w:spacing w:line="468" w:lineRule="exact" w:before="26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LÁ ATRÁS, SE NINGUÉM SE DISPUNHA A LUTAR, ELE ENFRENTAVA SOZINHO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AGORA, QUANDO TODOS SAÍAM A LUTAR, ELE PULAVA FORA E MANDAVA OS OUTROS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TEM RAMOS MELHORES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JÁ DEI FRUTOS DEMAIS AGORA É COM OS OUTROS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V.1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… DAVI ENVIOU PARA A BATALHA JOABE COM SEUS OFICIAIS E TODO O EXÉRCITO DE </w:t>
      </w:r>
      <w:r>
        <w:rPr>
          <w:rFonts w:ascii="" w:hAnsi="" w:eastAsia=""/>
          <w:b/>
          <w:i/>
          <w:color w:val="008F00"/>
          <w:sz w:val="22"/>
        </w:rPr>
        <w:t>ISRAEL…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AQUELE CHEIO DE SEIVA E VIGOR QUE LÁ ATRÁS DIZIA: SE NINGUÉM VAI EU VOU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AGORA, PULAVA FORA DAS BATALHAS </w:t>
      </w:r>
    </w:p>
    <w:p>
      <w:pPr>
        <w:autoSpaceDN w:val="0"/>
        <w:autoSpaceDE w:val="0"/>
        <w:widowControl/>
        <w:spacing w:line="280" w:lineRule="exact" w:before="690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10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1130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MAS O QUE ACONTECEU??? </w:t>
      </w:r>
    </w:p>
    <w:p>
      <w:pPr>
        <w:autoSpaceDN w:val="0"/>
        <w:autoSpaceDE w:val="0"/>
        <w:widowControl/>
        <w:spacing w:line="462" w:lineRule="exact" w:before="28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V.2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UMA TARDE DAVI LEVANTOU-SE DA CAMA E FOI PASSEAR PELO TERRAÇO DO </w:t>
      </w:r>
      <w:r>
        <w:rPr>
          <w:rFonts w:ascii="" w:hAnsi="" w:eastAsia=""/>
          <w:b/>
          <w:i/>
          <w:color w:val="008F00"/>
          <w:sz w:val="22"/>
        </w:rPr>
        <w:t xml:space="preserve">PALÁCIO. DO TERRAÇO VIU UMA MULHER MUITO BONITA TOMANDO BANHO,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VOCÊ SABE O QUE ACONTECEU COM DAVI, PORQUE ELE FICOU EM CASA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QUANDO DEIXOU DE ESTAR ONDE DEVERIA ESTAR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VIU ALGO QUE NÃO DEVERIA VER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ESTAVA ONDE NÃO DEVERIA ESTAR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FAZENDO O QUE NÃO DEVERIA FAZER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CONTEMPLANDO O QUE NÃO DEVERIA CONTEMPLAR </w:t>
      </w:r>
    </w:p>
    <w:p>
      <w:pPr>
        <w:autoSpaceDN w:val="0"/>
        <w:autoSpaceDE w:val="0"/>
        <w:widowControl/>
        <w:spacing w:line="488" w:lineRule="exact" w:before="360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PORQUE PAROU DE SE RELACIONAR COM DEUS DIARIAMENTE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 ESQUECEU DE ONDE DEUS O HAVIA TIRADO (FOI ASSIM QUE NATÃ O CONFRONTOU)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GALHOS SECOS E PODRES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PRECISANDO URGENTE DE UMA PODA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 CONTINUASSE DA FORMA QUE ESTAVA SERIA CORTADO E LANÇADO AO FOGO</w:t>
      </w:r>
    </w:p>
    <w:p>
      <w:pPr>
        <w:autoSpaceDN w:val="0"/>
        <w:autoSpaceDE w:val="0"/>
        <w:widowControl/>
        <w:spacing w:line="488" w:lineRule="exact" w:before="362" w:after="0"/>
        <w:ind w:left="1134" w:right="345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MINHA PERGUNTA PRA VOCÊ AGORA É: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QUAL DESTES DOIS DAVIS MAIS REPRESENTA VOCÊ NESTE MOMENTO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VOCÊ ESTÁ CHEIO DE SEIVA E DE VERDOR? </w:t>
      </w:r>
    </w:p>
    <w:p>
      <w:pPr>
        <w:autoSpaceDN w:val="0"/>
        <w:autoSpaceDE w:val="0"/>
        <w:widowControl/>
        <w:spacing w:line="488" w:lineRule="exact" w:before="2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ESTÁ VIBRANDO COM A IGREJA?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TEM EXPECTATIVAS SEMPRE QUE ENTRA AQUI?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ESTÁ ANIMADO COM TUA CÉLULA?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VOCÊ SE SENTE CHEIO DE VIDA NESTE LUGAR???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ONDE VOCÊ TEM ESTADO NESTES DIAS???</w:t>
      </w:r>
    </w:p>
    <w:p>
      <w:pPr>
        <w:autoSpaceDN w:val="0"/>
        <w:autoSpaceDE w:val="0"/>
        <w:widowControl/>
        <w:spacing w:line="256" w:lineRule="exact" w:before="23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B05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ESTÁ BATALHANDO PELO SENHOR? OU MANDANDO OUTROS PRA BATALHA? </w:t>
      </w:r>
    </w:p>
    <w:p>
      <w:pPr>
        <w:autoSpaceDN w:val="0"/>
        <w:autoSpaceDE w:val="0"/>
        <w:widowControl/>
        <w:spacing w:line="254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ANDANDO NO LUGAR SECRETO?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OU CAMINHANDO NO TERRAÇO? </w:t>
      </w:r>
    </w:p>
    <w:p>
      <w:pPr>
        <w:autoSpaceDN w:val="0"/>
        <w:autoSpaceDE w:val="0"/>
        <w:widowControl/>
        <w:spacing w:line="256" w:lineRule="exact" w:before="234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VENDO AQUELE QUE SE ASSENTA NO TRONO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OU VENDO MULHER BONITA SE BANHANDO? </w:t>
      </w:r>
    </w:p>
    <w:p>
      <w:pPr>
        <w:autoSpaceDN w:val="0"/>
        <w:autoSpaceDE w:val="0"/>
        <w:widowControl/>
        <w:spacing w:line="488" w:lineRule="exact" w:before="360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PORQUE SE DE UM LADO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ESTAMOS COM MUITOS BUSCANDO A DEUS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QUERENDO MAIS DE DEUS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PRONTOS PARA RECEBER MAIS DE DEUS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CONFIANDO EM DEUS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CAMINHANDO COM DEUS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ADORANDO A DEUS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APAIXONADOS E CHEIOS DE ENTUSIASMO </w:t>
      </w:r>
    </w:p>
    <w:p>
      <w:pPr>
        <w:autoSpaceDN w:val="0"/>
        <w:autoSpaceDE w:val="0"/>
        <w:widowControl/>
        <w:spacing w:line="490" w:lineRule="exact" w:before="358" w:after="0"/>
        <w:ind w:left="1134" w:right="576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TRAGICAMENTE ALGUNS: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SEMPRE FORAM COMO O PRIMEIRO DAVI </w:t>
      </w:r>
    </w:p>
    <w:p>
      <w:pPr>
        <w:autoSpaceDN w:val="0"/>
        <w:autoSpaceDE w:val="0"/>
        <w:widowControl/>
        <w:spacing w:line="280" w:lineRule="exact" w:before="432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11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90" w:lineRule="exact" w:before="896" w:after="0"/>
        <w:ind w:left="1134" w:right="388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FORTES/VALENTES/GUERREIROS/ADORADORES/ENTUSIASMADOS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DESCUIDARAM DO SEU RELACIONAMENTO COM DEUS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PERMITIRAM A APATIA ENTRAR NO SEU CORAÇÃO </w:t>
      </w:r>
    </w:p>
    <w:p>
      <w:pPr>
        <w:autoSpaceDN w:val="0"/>
        <w:autoSpaceDE w:val="0"/>
        <w:widowControl/>
        <w:spacing w:line="490" w:lineRule="exact" w:before="358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MAUS HÁBITOS SE ESTABELECERAM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AS BOAS DISCIPLINAS FORAM EMBORA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EM VEZ DE SE ENCHEREM DE DEUS FICAM CHEIAS DE MEDO/DÚVIDA/TRISTEZA/SUJEIRA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TORNARAM APÁTICAS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COMPLETAMENTE ESTÉREIS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SEM FRUTO ALGUM </w:t>
      </w:r>
    </w:p>
    <w:p>
      <w:pPr>
        <w:autoSpaceDN w:val="0"/>
        <w:autoSpaceDE w:val="0"/>
        <w:widowControl/>
        <w:spacing w:line="466" w:lineRule="exact" w:before="38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É POR ISSO QUE QUANDO NATÃ CONFRONTOU DAVI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DAVI CHOROU MUITO AO PONTO DE DIZER: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51:10 (NVI)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CRIA EM MIM UM CORAÇÃO PURO, Ó DEUS, E RENOVA DENTRO DE MIM </w:t>
      </w:r>
      <w:r>
        <w:rPr>
          <w:rFonts w:ascii="" w:hAnsi="" w:eastAsia=""/>
          <w:b/>
          <w:i/>
          <w:color w:val="008F00"/>
          <w:sz w:val="22"/>
        </w:rPr>
        <w:t xml:space="preserve">UM ESPÍRITO ESTÁVEL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V.11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NÃO ME EXPULSES DA TUA PRESENÇA, NEM TIRES DE MIM O TEU SANTO ESPÍRITO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V.12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DEVOLVE-ME A ALEGRIA DA TUA SALVAÇÃO E SUSTENTA-ME COM UM ESPÍRITO </w:t>
      </w:r>
      <w:r>
        <w:rPr>
          <w:rFonts w:ascii="" w:hAnsi="" w:eastAsia=""/>
          <w:b/>
          <w:i/>
          <w:color w:val="008F00"/>
          <w:sz w:val="22"/>
        </w:rPr>
        <w:t xml:space="preserve">PRONTO A OBEDECER </w:t>
      </w:r>
    </w:p>
    <w:p>
      <w:pPr>
        <w:autoSpaceDN w:val="0"/>
        <w:autoSpaceDE w:val="0"/>
        <w:widowControl/>
        <w:spacing w:line="488" w:lineRule="exact" w:before="244" w:after="0"/>
        <w:ind w:left="1134" w:right="3024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DAVI ESTAVA DIZENDO: SENHOR! NÃO ME CORTE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PODE ME PODAR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TRAZ DE VOLTA A SEIVA DA TUA VIDA E DA TUA PRESENÇA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QUERO VOLTAR A CONFIAR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CAMINHAR E ADORAR DIARIAMENTE </w:t>
      </w:r>
    </w:p>
    <w:p>
      <w:pPr>
        <w:autoSpaceDN w:val="0"/>
        <w:autoSpaceDE w:val="0"/>
        <w:widowControl/>
        <w:spacing w:line="486" w:lineRule="exact" w:before="36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CREIO QUE O PAI ESTÁ A PROCURA DAQUELES QUE PERMANECEM EM SUA PRESENÇA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ESSA É A PROMESSA PARA OS RAMOS FRUTÍFEROS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ESTE SERÁ UM ANO DIFERENTE PRA GLÓRIA DE DEUS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V.7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MAS, SE VOCÊS PERMANECEREM EM MIM E MINHAS PALAVRAS PERMANECEREM EM </w:t>
      </w:r>
      <w:r>
        <w:rPr>
          <w:rFonts w:ascii="" w:hAnsi="" w:eastAsia=""/>
          <w:b/>
          <w:i/>
          <w:color w:val="008F00"/>
          <w:sz w:val="22"/>
        </w:rPr>
        <w:t xml:space="preserve">VOCÊS, PEDIRÃO O QUE QUISEREM, E ISSO LHES SERÁ CONCEDIDO! </w:t>
      </w:r>
    </w:p>
    <w:p>
      <w:pPr>
        <w:autoSpaceDN w:val="0"/>
        <w:autoSpaceDE w:val="0"/>
        <w:widowControl/>
        <w:spacing w:line="424" w:lineRule="exact" w:before="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V.8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QUANDO VOCÊS PRODUZEM MUITOS FRUTOS, TRAZEM GRANDE GLÓRIA A MEU PAI E </w:t>
      </w:r>
      <w:r>
        <w:rPr>
          <w:rFonts w:ascii="" w:hAnsi="" w:eastAsia=""/>
          <w:b/>
          <w:i/>
          <w:color w:val="008F00"/>
          <w:sz w:val="22"/>
        </w:rPr>
        <w:t xml:space="preserve">DEMONSTRAM QUE SÃO MEUS DISCÍPULOS DE VERDADE. </w:t>
      </w:r>
    </w:p>
    <w:p>
      <w:pPr>
        <w:autoSpaceDN w:val="0"/>
        <w:autoSpaceDE w:val="0"/>
        <w:widowControl/>
        <w:spacing w:line="256" w:lineRule="exact" w:before="116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V.9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EU OS AMEI COMO O PAI ME AMOU. PERMANEÇAM NO MEU AMOR. </w:t>
      </w:r>
    </w:p>
    <w:p>
      <w:pPr>
        <w:autoSpaceDN w:val="0"/>
        <w:autoSpaceDE w:val="0"/>
        <w:widowControl/>
        <w:spacing w:line="442" w:lineRule="exact" w:before="46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V.10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QUANDO VOCÊS OBEDECEM A MEUS MANDAMENTOS, PERMANECEM NO MEU AMOR, </w:t>
      </w:r>
      <w:r>
        <w:rPr>
          <w:rFonts w:ascii="" w:hAnsi="" w:eastAsia=""/>
          <w:b/>
          <w:i/>
          <w:color w:val="008F00"/>
          <w:sz w:val="22"/>
        </w:rPr>
        <w:t xml:space="preserve">ASSIM COMO EU OBEDEÇO AOS MANDAMENTOS DE MEU PAI E PERMANEÇO NO AMOR DELE.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V.11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EU LHES DISSE ESTAS COISAS PARA QUE FIQUEM REPLETOS DA MINHA ALEGRIA. SIM, </w:t>
      </w:r>
      <w:r>
        <w:rPr>
          <w:rFonts w:ascii="" w:hAnsi="" w:eastAsia=""/>
          <w:b/>
          <w:i/>
          <w:color w:val="008F00"/>
          <w:sz w:val="22"/>
        </w:rPr>
        <w:t xml:space="preserve">SUA ALEGRIA TRANSBORDARÁ! </w:t>
      </w:r>
      <w:r>
        <w:rPr>
          <w:rFonts w:ascii="" w:hAnsi="" w:eastAsia=""/>
          <w:b/>
          <w:i/>
          <w:color w:val="531B93"/>
          <w:sz w:val="22"/>
        </w:rPr>
        <w:t xml:space="preserve">(UMA ALEGRIA QUE SÓ JESUS PODE DAR) </w:t>
      </w:r>
    </w:p>
    <w:p>
      <w:pPr>
        <w:autoSpaceDN w:val="0"/>
        <w:autoSpaceDE w:val="0"/>
        <w:widowControl/>
        <w:spacing w:line="280" w:lineRule="exact" w:before="342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12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1258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ESTA CASA ESTEJA SEMPRE PRONTA A DEIXAR A PRESENÇA DE DEUS PENETRAR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SEMPRE PRONTA A EXPRESSAR A GLÓRIA DO SENHOR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SOMOS CASA FRUTÍFERA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PESSOAS REPLETAS DA SUA ALEGRIA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UMA ALEGRIA QUE TRANSBORDARÁ </w:t>
      </w:r>
    </w:p>
    <w:p>
      <w:pPr>
        <w:autoSpaceDN w:val="0"/>
        <w:autoSpaceDE w:val="0"/>
        <w:widowControl/>
        <w:spacing w:line="486" w:lineRule="exact" w:before="36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 SERÁ SIM ANO DE SER FRUTÍFERO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CASA FRUTÍFERA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VITALIDADE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ESTABILIDADE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PRODUTIVIDADE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PROSPERIDADE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SAIA DECIDIDO NESTE JEJUM A ESTAR CONECTADO À VIDEIRA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V.8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QUANDO VOCÊS PRODUZEM MUITOS FRUTOS, TRAZEM GRANDE GLÓRIA A MEU PAI E </w:t>
      </w:r>
      <w:r>
        <w:rPr>
          <w:rFonts w:ascii="" w:hAnsi="" w:eastAsia=""/>
          <w:b/>
          <w:i/>
          <w:color w:val="008F00"/>
          <w:sz w:val="22"/>
        </w:rPr>
        <w:t xml:space="preserve">DEMONSTRAM QUE SÃO MEUS DISCÍPULOS DE VERDADE. </w:t>
      </w:r>
    </w:p>
    <w:p>
      <w:pPr>
        <w:autoSpaceDN w:val="0"/>
        <w:autoSpaceDE w:val="0"/>
        <w:widowControl/>
        <w:spacing w:line="280" w:lineRule="exact" w:before="10194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13</w:t>
      </w:r>
    </w:p>
    <w:sectPr w:rsidR="00FC693F" w:rsidRPr="0006063C" w:rsidSect="00034616">
      <w:pgSz w:w="11906" w:h="16838"/>
      <w:pgMar w:top="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